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E127E" w14:textId="203DF883" w:rsidR="00E6758F" w:rsidRPr="00522117" w:rsidRDefault="00522117" w:rsidP="00503857">
      <w:pPr>
        <w:spacing w:after="0" w:line="259" w:lineRule="auto"/>
        <w:jc w:val="center"/>
        <w:rPr>
          <w:rFonts w:asciiTheme="minorBidi" w:hAnsiTheme="minorBidi"/>
          <w:color w:val="auto"/>
          <w:sz w:val="24"/>
          <w:szCs w:val="24"/>
        </w:rPr>
      </w:pPr>
      <w:r>
        <w:rPr>
          <w:rFonts w:asciiTheme="minorBidi" w:hAnsiTheme="minorBidi" w:cs="Iskoola Pota"/>
          <w:b/>
          <w:bCs/>
          <w:color w:val="auto"/>
          <w:sz w:val="24"/>
          <w:szCs w:val="24"/>
          <w:lang w:bidi="si-LK"/>
        </w:rPr>
        <w:t xml:space="preserve"> 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ඌව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වෙල්ලස්ස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විශ්වවිද්‍යාලය</w:t>
      </w:r>
      <w:r w:rsidR="009F2F23" w:rsidRPr="00522117">
        <w:rPr>
          <w:rFonts w:asciiTheme="minorBidi" w:hAnsiTheme="minorBidi" w:cs="Iskoola Pota"/>
          <w:b/>
          <w:bCs/>
          <w:color w:val="auto"/>
          <w:sz w:val="24"/>
          <w:szCs w:val="24"/>
          <w:lang w:bidi="si-LK"/>
        </w:rPr>
        <w:t xml:space="preserve"> 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</w:rPr>
        <w:br/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බදුල්ල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br/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br/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ටෙන්ඩර්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පත්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>‍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රිකාව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br/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ටෙන්ඩර්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="00E6758F"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අංකය</w:t>
      </w:r>
      <w:r w:rsidR="00E6758F" w:rsidRPr="00522117">
        <w:rPr>
          <w:rFonts w:asciiTheme="minorBidi" w:hAnsiTheme="minorBidi"/>
          <w:b/>
          <w:color w:val="auto"/>
          <w:sz w:val="24"/>
          <w:szCs w:val="24"/>
        </w:rPr>
        <w:t xml:space="preserve"> – UWU/GA/NCB/2026/</w:t>
      </w:r>
      <w:r w:rsidR="00916C42" w:rsidRPr="00522117">
        <w:rPr>
          <w:rFonts w:asciiTheme="minorBidi" w:hAnsiTheme="minorBidi"/>
          <w:b/>
          <w:color w:val="auto"/>
          <w:sz w:val="24"/>
          <w:szCs w:val="24"/>
        </w:rPr>
        <w:t>25</w:t>
      </w:r>
    </w:p>
    <w:p w14:paraId="079825C6" w14:textId="77777777" w:rsidR="00E6758F" w:rsidRPr="00522117" w:rsidRDefault="00E6758F" w:rsidP="00503857">
      <w:pPr>
        <w:spacing w:after="0" w:line="259" w:lineRule="auto"/>
        <w:jc w:val="both"/>
        <w:rPr>
          <w:rFonts w:asciiTheme="minorBidi" w:hAnsiTheme="minorBidi"/>
          <w:b/>
          <w:color w:val="auto"/>
          <w:sz w:val="24"/>
          <w:szCs w:val="24"/>
        </w:rPr>
      </w:pPr>
    </w:p>
    <w:p w14:paraId="72EDC0AB" w14:textId="77777777" w:rsidR="00E6758F" w:rsidRPr="00522117" w:rsidRDefault="00E6758F" w:rsidP="00503857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කුලී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පදනම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වසරක්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ගැනීම</w:t>
      </w:r>
    </w:p>
    <w:p w14:paraId="2605529D" w14:textId="77777777" w:rsidR="00E6758F" w:rsidRPr="00522117" w:rsidRDefault="00E6758F" w:rsidP="00503857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53F197E" w14:textId="77777777" w:rsidR="00E6758F" w:rsidRPr="00522117" w:rsidRDefault="00E6758F" w:rsidP="00E6758F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ඌව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වෙල්ලස්ස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භාවිතය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පදනම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වසර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01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පහත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කැඳවනු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50C1C30D" w14:textId="77777777" w:rsidR="00E6758F" w:rsidRPr="00522117" w:rsidRDefault="00E6758F" w:rsidP="00E6758F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tbl>
      <w:tblPr>
        <w:tblStyle w:val="TableGrid"/>
        <w:tblW w:w="10354" w:type="dxa"/>
        <w:tblLook w:val="04A0" w:firstRow="1" w:lastRow="0" w:firstColumn="1" w:lastColumn="0" w:noHBand="0" w:noVBand="1"/>
      </w:tblPr>
      <w:tblGrid>
        <w:gridCol w:w="2009"/>
        <w:gridCol w:w="6181"/>
        <w:gridCol w:w="1082"/>
        <w:gridCol w:w="1082"/>
      </w:tblGrid>
      <w:tr w:rsidR="00583626" w:rsidRPr="00522117" w14:paraId="73E68415" w14:textId="798D607A" w:rsidTr="00550E6D">
        <w:trPr>
          <w:trHeight w:val="924"/>
        </w:trPr>
        <w:tc>
          <w:tcPr>
            <w:tcW w:w="2009" w:type="dxa"/>
          </w:tcPr>
          <w:p w14:paraId="3464A01E" w14:textId="77777777" w:rsidR="00583626" w:rsidRPr="00522117" w:rsidRDefault="00583626" w:rsidP="00583626">
            <w:pPr>
              <w:spacing w:line="259" w:lineRule="auto"/>
              <w:jc w:val="center"/>
              <w:rPr>
                <w:rFonts w:asciiTheme="minorBidi" w:hAnsiTheme="minorBidi"/>
                <w:b/>
                <w:bCs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රථ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මාදිලිය</w:t>
            </w:r>
          </w:p>
        </w:tc>
        <w:tc>
          <w:tcPr>
            <w:tcW w:w="6181" w:type="dxa"/>
          </w:tcPr>
          <w:p w14:paraId="135F62F0" w14:textId="77777777" w:rsidR="00583626" w:rsidRPr="00522117" w:rsidRDefault="00583626" w:rsidP="00583626">
            <w:pPr>
              <w:spacing w:line="259" w:lineRule="auto"/>
              <w:jc w:val="center"/>
              <w:rPr>
                <w:rFonts w:asciiTheme="minorBidi" w:hAnsiTheme="minorBidi"/>
                <w:b/>
                <w:bCs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එන්ජින්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ධාරිතාව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සහ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තාක්ෂණික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අවශ්‍යතා</w:t>
            </w:r>
          </w:p>
        </w:tc>
        <w:tc>
          <w:tcPr>
            <w:tcW w:w="1082" w:type="dxa"/>
          </w:tcPr>
          <w:p w14:paraId="4D6341F7" w14:textId="77777777" w:rsidR="00583626" w:rsidRPr="00522117" w:rsidRDefault="00583626" w:rsidP="00583626">
            <w:pPr>
              <w:spacing w:line="259" w:lineRule="auto"/>
              <w:jc w:val="center"/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</w:pP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රථ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සංඛ්‍යාව</w:t>
            </w:r>
          </w:p>
        </w:tc>
        <w:tc>
          <w:tcPr>
            <w:tcW w:w="1082" w:type="dxa"/>
          </w:tcPr>
          <w:p w14:paraId="75EA5581" w14:textId="2EFABB68" w:rsidR="00583626" w:rsidRPr="00522117" w:rsidRDefault="00583626" w:rsidP="00583626">
            <w:pPr>
              <w:spacing w:line="259" w:lineRule="auto"/>
              <w:jc w:val="center"/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</w:pP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අනුමත</w:t>
            </w:r>
            <w:r w:rsidRPr="00522117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ධාවන</w:t>
            </w:r>
            <w:r w:rsidRPr="00522117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දුර</w:t>
            </w:r>
          </w:p>
        </w:tc>
      </w:tr>
      <w:tr w:rsidR="00583626" w:rsidRPr="00522117" w14:paraId="553E9E73" w14:textId="0682174C" w:rsidTr="00044748">
        <w:trPr>
          <w:trHeight w:val="3532"/>
        </w:trPr>
        <w:tc>
          <w:tcPr>
            <w:tcW w:w="2009" w:type="dxa"/>
          </w:tcPr>
          <w:p w14:paraId="1633F66C" w14:textId="1940E20C" w:rsidR="00F51830" w:rsidRPr="00522117" w:rsidRDefault="00F51830" w:rsidP="00F51830">
            <w:pPr>
              <w:pStyle w:val="ListParagraph"/>
              <w:numPr>
                <w:ilvl w:val="0"/>
                <w:numId w:val="20"/>
              </w:num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lang w:bidi="si-LK"/>
              </w:rPr>
              <w:t xml:space="preserve">Single </w:t>
            </w:r>
            <w:r w:rsidR="00583626"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කැබ්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හෝ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lang w:bidi="si-LK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sz w:val="24"/>
                <w:szCs w:val="24"/>
              </w:rPr>
              <w:t xml:space="preserve">Double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කැබ්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රථ</w:t>
            </w:r>
          </w:p>
          <w:p w14:paraId="6D661449" w14:textId="3A263256" w:rsidR="00B6194A" w:rsidRPr="00522117" w:rsidRDefault="00B6194A" w:rsidP="00F51830">
            <w:pPr>
              <w:pStyle w:val="ListParagraph"/>
              <w:spacing w:line="259" w:lineRule="auto"/>
              <w:ind w:left="360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  <w:p w14:paraId="5F6D616A" w14:textId="77777777" w:rsidR="00B6194A" w:rsidRPr="00522117" w:rsidRDefault="00B6194A" w:rsidP="00B6194A"/>
          <w:p w14:paraId="49FB42F0" w14:textId="77777777" w:rsidR="00B6194A" w:rsidRPr="00522117" w:rsidRDefault="00B6194A" w:rsidP="00B6194A"/>
          <w:p w14:paraId="0D696463" w14:textId="77777777" w:rsidR="00B6194A" w:rsidRPr="00522117" w:rsidRDefault="00B6194A" w:rsidP="00B6194A"/>
          <w:p w14:paraId="54117030" w14:textId="1F3CE456" w:rsidR="00B6194A" w:rsidRPr="00522117" w:rsidRDefault="00B6194A" w:rsidP="00B6194A"/>
          <w:p w14:paraId="7EEDA988" w14:textId="77777777" w:rsidR="00B6194A" w:rsidRPr="00522117" w:rsidRDefault="00B6194A" w:rsidP="00B6194A"/>
          <w:p w14:paraId="7E107DD2" w14:textId="7E8DD4C4" w:rsidR="00B6194A" w:rsidRPr="00522117" w:rsidRDefault="00B6194A" w:rsidP="00B6194A"/>
          <w:p w14:paraId="222867E7" w14:textId="0326D6C6" w:rsidR="00B6194A" w:rsidRPr="00522117" w:rsidRDefault="00B6194A" w:rsidP="00B6194A"/>
          <w:p w14:paraId="040A12D8" w14:textId="188C739A" w:rsidR="00B6194A" w:rsidRPr="00522117" w:rsidRDefault="00B6194A" w:rsidP="00B6194A"/>
          <w:p w14:paraId="354B2FF1" w14:textId="08E6C6DB" w:rsidR="00583626" w:rsidRPr="00522117" w:rsidRDefault="00583626" w:rsidP="00F51830">
            <w:pPr>
              <w:pStyle w:val="ListParagraph"/>
              <w:spacing w:line="259" w:lineRule="auto"/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6181" w:type="dxa"/>
          </w:tcPr>
          <w:p w14:paraId="149F0C27" w14:textId="4230E20A" w:rsidR="00F51830" w:rsidRPr="00522117" w:rsidRDefault="00F51830" w:rsidP="00583626">
            <w:pPr>
              <w:spacing w:line="259" w:lineRule="auto"/>
              <w:jc w:val="both"/>
              <w:rPr>
                <w:rFonts w:asciiTheme="minorBidi" w:hAnsiTheme="minorBidi"/>
                <w:b/>
                <w:bCs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b/>
                <w:bCs/>
                <w:color w:val="auto"/>
                <w:sz w:val="24"/>
                <w:szCs w:val="24"/>
              </w:rPr>
              <w:t xml:space="preserve">Single cab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ඉදිරිපත්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කරන්නේ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color w:val="auto"/>
                <w:sz w:val="24"/>
                <w:szCs w:val="24"/>
                <w:cs/>
                <w:lang w:bidi="si-LK"/>
              </w:rPr>
              <w:t>නම්</w:t>
            </w:r>
            <w:r w:rsidRPr="00522117">
              <w:rPr>
                <w:rFonts w:asciiTheme="minorBidi" w:hAnsiTheme="minorBidi" w:cs="Iskoola Pota"/>
                <w:b/>
                <w:bCs/>
                <w:color w:val="auto"/>
                <w:sz w:val="24"/>
                <w:szCs w:val="24"/>
                <w:lang w:bidi="si-LK"/>
              </w:rPr>
              <w:t>,</w:t>
            </w:r>
          </w:p>
          <w:p w14:paraId="00251BB3" w14:textId="6B97C0F9" w:rsidR="00583626" w:rsidRPr="00522117" w:rsidRDefault="00583626" w:rsidP="00583626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2000 cc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සිට</w:t>
            </w:r>
            <w:r w:rsidR="008840F7"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32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00 cc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දක්වා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එන්ජින්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ධාරිතාව</w:t>
            </w:r>
          </w:p>
          <w:p w14:paraId="2AA45A26" w14:textId="77777777" w:rsidR="00583626" w:rsidRPr="00522117" w:rsidRDefault="00583626" w:rsidP="00583626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ඩීසල්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</w:p>
          <w:p w14:paraId="616A8656" w14:textId="2FE14B25" w:rsidR="008840F7" w:rsidRPr="00522117" w:rsidRDefault="008840F7" w:rsidP="008840F7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පිටුපස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ටැංකිය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(</w:t>
            </w:r>
            <w:r w:rsidR="00B6194A" w:rsidRPr="00522117">
              <w:rPr>
                <w:rFonts w:asciiTheme="minorBidi" w:hAnsiTheme="minorBidi" w:cs="Iskoola Pota"/>
                <w:color w:val="auto"/>
                <w:sz w:val="24"/>
                <w:szCs w:val="24"/>
                <w:lang w:bidi="si-LK"/>
              </w:rPr>
              <w:t>Canopy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)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සහිත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විය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යුතුයි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.</w:t>
            </w:r>
          </w:p>
          <w:p w14:paraId="4EB0824F" w14:textId="77777777" w:rsidR="008840F7" w:rsidRPr="00522117" w:rsidRDefault="008840F7" w:rsidP="008840F7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කැනපිය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ඇතුළත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අමතර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අසුන්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දෙකක්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සවිකර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තිබිය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යුතු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අතර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ඊට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ඇතුළු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වීම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සදහා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තනි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දොරක්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හෝ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දොර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දෙකක්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සහිත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විය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යුතුයි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.</w:t>
            </w:r>
          </w:p>
          <w:p w14:paraId="622602EF" w14:textId="0311348F" w:rsidR="00B6194A" w:rsidRPr="00522117" w:rsidRDefault="008840F7" w:rsidP="008840F7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මෙම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වෙනස්කම්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සදහා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(</w:t>
            </w:r>
            <w:r w:rsidR="00B6194A" w:rsidRPr="00522117">
              <w:rPr>
                <w:rFonts w:asciiTheme="minorBidi" w:hAnsiTheme="minorBidi" w:cs="Iskoola Pota"/>
                <w:color w:val="auto"/>
                <w:sz w:val="24"/>
                <w:szCs w:val="24"/>
                <w:lang w:bidi="si-LK"/>
              </w:rPr>
              <w:t>RMV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)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මෝටර්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රථ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දෙපාර්තමෙන්තුවේ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නිල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අනුමැතිය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තිබිය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යුතුයි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.</w:t>
            </w:r>
          </w:p>
          <w:p w14:paraId="461A148F" w14:textId="71939E25" w:rsidR="00B6194A" w:rsidRPr="00522117" w:rsidRDefault="00B6194A" w:rsidP="00B6194A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4726ED5F" w14:textId="69419B90" w:rsidR="00B6194A" w:rsidRPr="00522117" w:rsidRDefault="00F51830" w:rsidP="00B6194A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2211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Double cab </w:t>
            </w: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ඉදිරිපත්</w:t>
            </w:r>
            <w:r w:rsidRPr="00522117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කරන්නේ</w:t>
            </w:r>
            <w:r w:rsidRPr="00522117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නම්</w:t>
            </w:r>
            <w:r w:rsidRPr="00522117">
              <w:rPr>
                <w:rFonts w:asciiTheme="minorBidi" w:hAnsiTheme="minorBidi" w:cs="Iskoola Pota"/>
                <w:b/>
                <w:bCs/>
                <w:sz w:val="24"/>
                <w:szCs w:val="24"/>
                <w:lang w:bidi="si-LK"/>
              </w:rPr>
              <w:t>,</w:t>
            </w:r>
          </w:p>
          <w:p w14:paraId="2E46D40C" w14:textId="77777777" w:rsidR="00B6194A" w:rsidRPr="00522117" w:rsidRDefault="00B6194A" w:rsidP="00B6194A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2000 cc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සිට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3200 cc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දක්වා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එන්ජින්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ධාරිතාව</w:t>
            </w:r>
          </w:p>
          <w:p w14:paraId="6E41A5C6" w14:textId="77777777" w:rsidR="00B6194A" w:rsidRPr="00522117" w:rsidRDefault="00B6194A" w:rsidP="00B6194A">
            <w:pPr>
              <w:spacing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ඩීසල්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</w:p>
          <w:p w14:paraId="69424465" w14:textId="2F3AF097" w:rsidR="00583626" w:rsidRPr="00522117" w:rsidRDefault="00B6194A" w:rsidP="00B6194A">
            <w:pPr>
              <w:rPr>
                <w:rFonts w:asciiTheme="minorBidi" w:hAnsiTheme="minorBidi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දොර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/>
                <w:sz w:val="24"/>
                <w:szCs w:val="24"/>
              </w:rPr>
              <w:t xml:space="preserve">4 </w:t>
            </w: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සහිත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සම්මත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/>
                <w:sz w:val="24"/>
                <w:szCs w:val="24"/>
              </w:rPr>
              <w:t xml:space="preserve">Double cab </w:t>
            </w: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රථයක්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විය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යුතුයි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1082" w:type="dxa"/>
          </w:tcPr>
          <w:p w14:paraId="674B77C5" w14:textId="71208082" w:rsidR="00044748" w:rsidRPr="00522117" w:rsidRDefault="00F51830" w:rsidP="00583626">
            <w:pPr>
              <w:spacing w:line="259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02</w:t>
            </w:r>
          </w:p>
          <w:p w14:paraId="39B4DEF7" w14:textId="77777777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B77CF66" w14:textId="77777777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B79D445" w14:textId="77777777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1A6D3C37" w14:textId="6BD14670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6191D394" w14:textId="77777777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6881BB1" w14:textId="326EB473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C0D77E4" w14:textId="0BBD570C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79C12C71" w14:textId="02D2D707" w:rsidR="00044748" w:rsidRPr="00522117" w:rsidRDefault="00044748" w:rsidP="00044748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6D8FD147" w14:textId="4DD59C8B" w:rsidR="00583626" w:rsidRPr="00522117" w:rsidRDefault="00583626" w:rsidP="0004474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41E80A68" w14:textId="624E78A7" w:rsidR="00583626" w:rsidRPr="00522117" w:rsidRDefault="00583626" w:rsidP="00583626">
            <w:pPr>
              <w:spacing w:line="259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මසකට</w:t>
            </w:r>
            <w:r w:rsidRPr="00522117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CD0B2F" w:rsidRPr="00522117">
              <w:rPr>
                <w:rFonts w:asciiTheme="minorBidi" w:hAnsiTheme="minorBidi" w:cs="Iskoola Pota"/>
                <w:sz w:val="24"/>
                <w:szCs w:val="24"/>
                <w:lang w:bidi="si-LK"/>
              </w:rPr>
              <w:t>1500</w:t>
            </w:r>
            <w:r w:rsidRPr="00522117">
              <w:rPr>
                <w:rFonts w:asciiTheme="minorBidi" w:hAnsiTheme="minorBidi"/>
                <w:sz w:val="24"/>
                <w:szCs w:val="24"/>
              </w:rPr>
              <w:t>km</w:t>
            </w:r>
          </w:p>
        </w:tc>
      </w:tr>
    </w:tbl>
    <w:p w14:paraId="5E519278" w14:textId="77777777" w:rsidR="00DE1F83" w:rsidRPr="00522117" w:rsidRDefault="00DE1F83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7A6CE69F" w14:textId="77777777" w:rsidR="00402B82" w:rsidRPr="00522117" w:rsidRDefault="00DE4345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b/>
          <w:bCs/>
          <w:color w:val="auto"/>
          <w:sz w:val="24"/>
          <w:szCs w:val="24"/>
          <w:cs/>
          <w:lang w:bidi="si-LK"/>
        </w:rPr>
        <w:t>කොන්දේසි</w:t>
      </w:r>
    </w:p>
    <w:p w14:paraId="3ED86A95" w14:textId="77777777" w:rsidR="00402B82" w:rsidRPr="00522117" w:rsidRDefault="00DE4345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ඌව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වෙල්ලස්ස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සම්පාදන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කමිටුවේ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සභාපති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පහත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දැක්වෙන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යටත්ව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වසර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01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සීමාවක්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පදනම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වෙනුවෙන්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කැඳවනු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0F7DA3AF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1FD23F9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දානය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අවුරුදු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01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සීමාවක්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2C646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ඉහත</w:t>
      </w:r>
      <w:r w:rsidR="002C6463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2C646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සඳහන්</w:t>
      </w:r>
      <w:r w:rsidR="002C6463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bookmarkStart w:id="0" w:name="_Hlk238317322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ආයතන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පුද්ගලයින්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කැඳවනු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bookmarkEnd w:id="0"/>
    </w:p>
    <w:p w14:paraId="4759F886" w14:textId="77777777" w:rsidR="00D429BC" w:rsidRPr="00522117" w:rsidRDefault="00D429BC" w:rsidP="002B6686">
      <w:pPr>
        <w:pStyle w:val="ListParagraph"/>
        <w:spacing w:after="0" w:line="259" w:lineRule="auto"/>
        <w:ind w:left="360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1A00A30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" w:name="_Hlk238317187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EA5FF8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වාහනයට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ඉන්ධනද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CE37A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රියැදුරුගේ මාසික වේතනය ඇතුළු ඒ හා බැඳුනු සියලු වියදම්</w:t>
      </w:r>
      <w:r w:rsidR="002C646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</w:t>
      </w:r>
      <w:r w:rsidR="002C6463" w:rsidRPr="00522117">
        <w:rPr>
          <w:rFonts w:asciiTheme="minorBidi" w:hAnsiTheme="minorBidi"/>
          <w:color w:val="auto"/>
          <w:sz w:val="24"/>
          <w:szCs w:val="24"/>
          <w:lang w:bidi="si-LK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හිමිකරු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පිළිබඳව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සැලකිලිමත්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සටහන්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bookmarkEnd w:id="1"/>
    <w:p w14:paraId="53B3C7A7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2FF20F1" w14:textId="77777777" w:rsidR="005B22B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2" w:name="_Hlk238317269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විවෘත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90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දක්වා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bookmarkEnd w:id="2"/>
    </w:p>
    <w:p w14:paraId="009F9E23" w14:textId="77777777" w:rsidR="005B22B2" w:rsidRPr="00522117" w:rsidRDefault="005B22B2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06825D5D" w14:textId="77777777" w:rsidR="005B22B2" w:rsidRPr="00522117" w:rsidRDefault="005B22B2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තවමත්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නොමැති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එහි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හිමිකාරිත්වය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විස්තර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සනාථ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නිෂ්පාදක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ආනයනකරුගේ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ඉන්වොයිසිය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ආනයන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ලේඛන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ලේඛන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5244788D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27D18E4D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ඉතා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හොඳ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තත්ත්වයේ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පැවතිය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එහි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ථම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නිෂ්පාදිත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වර්ෂය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2018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ඊට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වර්ෂයක්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සනාථ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lastRenderedPageBreak/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නව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නොකළ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පළමු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වර්ෂය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පිළිබඳ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අවශ්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>‍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යතාවය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නොවේ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. 2024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ඊට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පසු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නිෂ්පාදිත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මුඛතාව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දිය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හැකිය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ඇගයීමේදී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ගණන්වලට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අමතරව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නිෂ්පාදිත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වර්ෂය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වර්ෂය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තත්ත්වය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>,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නඩත්තු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සේවා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A4F2F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වාර්තා</w:t>
      </w:r>
      <w:r w:rsidR="00FA4F2F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කිලෝමීටර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මාණය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සලකා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නියමිත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පිරිවිතරවලට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අනුකූල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මාණවත්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පරිදි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නොලැබුණහොත්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පමණක්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ඉහත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කොන්දේසිවලට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පරිබාහිරව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තෝරා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2D4CE8BB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7A890FB8" w14:textId="74F24271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3" w:name="_Hlk238323525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සියලුම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සමඟ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CD0B2F" w:rsidRPr="00522117">
        <w:rPr>
          <w:rFonts w:asciiTheme="minorBidi" w:hAnsiTheme="minorBidi"/>
          <w:color w:val="auto"/>
          <w:sz w:val="24"/>
          <w:szCs w:val="24"/>
        </w:rPr>
        <w:t>4</w:t>
      </w:r>
      <w:r w:rsidRPr="00522117">
        <w:rPr>
          <w:rFonts w:asciiTheme="minorBidi" w:hAnsiTheme="minorBidi"/>
          <w:color w:val="auto"/>
          <w:sz w:val="24"/>
          <w:szCs w:val="24"/>
        </w:rPr>
        <w:t>0,000.00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ආපසු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(Bid Bond)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සරප්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CD0B2F" w:rsidRPr="00522117">
        <w:rPr>
          <w:rFonts w:asciiTheme="minorBidi" w:hAnsiTheme="minorBidi"/>
          <w:color w:val="auto"/>
          <w:sz w:val="24"/>
          <w:szCs w:val="24"/>
        </w:rPr>
        <w:t>4</w:t>
      </w:r>
      <w:r w:rsidRPr="00522117">
        <w:rPr>
          <w:rFonts w:asciiTheme="minorBidi" w:hAnsiTheme="minorBidi"/>
          <w:color w:val="auto"/>
          <w:sz w:val="24"/>
          <w:szCs w:val="24"/>
        </w:rPr>
        <w:t>0,000.00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මුදලක්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මුල්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ලදුපත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මඟින්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වාණිජ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බැංකුවකින්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විවෘත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120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දක්වා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CD0B2F" w:rsidRPr="00522117">
        <w:rPr>
          <w:rFonts w:asciiTheme="minorBidi" w:hAnsiTheme="minorBidi"/>
          <w:color w:val="auto"/>
          <w:sz w:val="24"/>
          <w:szCs w:val="24"/>
        </w:rPr>
        <w:t>4</w:t>
      </w:r>
      <w:r w:rsidRPr="00522117">
        <w:rPr>
          <w:rFonts w:asciiTheme="minorBidi" w:hAnsiTheme="minorBidi"/>
          <w:color w:val="auto"/>
          <w:sz w:val="24"/>
          <w:szCs w:val="24"/>
        </w:rPr>
        <w:t>0,000.00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බැංකු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බැඳුම්කරයක්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මඟින්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 (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රහිත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සෘජුවම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තික්ෂේප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).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ජයග්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රහණය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මඟින්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ඉල්ලුම්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අපොහොසත්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වුවහොත්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මුදල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රාජසන්තක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කෙරේ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bookmarkEnd w:id="3"/>
    <w:p w14:paraId="772CF21D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2512E83" w14:textId="77777777" w:rsidR="00FD065E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4" w:name="_Hlk238323461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තිබිය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ආයතනයක්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මඟින්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ආයතනය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හිමිකරු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පවතින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නෛතික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සනාථ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බලපත්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රයේ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ගිවිසුමේ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ඇටෝනි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බලපත්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/ Power of Attorney)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bookmarkEnd w:id="4"/>
    </w:p>
    <w:p w14:paraId="4F720153" w14:textId="77777777" w:rsidR="00FD065E" w:rsidRPr="00522117" w:rsidRDefault="00FD065E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63A9ADA8" w14:textId="77777777" w:rsidR="0010511C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සම්පූර්ණ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රක්ෂණ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ආවරණයක්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(Full Insurance)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තිබිය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(Hiring)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ගමන්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මගීන්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අවශ්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>‍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රක්ෂණ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ආවරණයද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ඇතුළත්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තේරී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භාරදීමේදී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රක්ෂණ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ගිවිසුම්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තුළ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රක්ෂණය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අඛණ්ඩව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වලංගුව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පවත්වා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ටෙන්ඩර්කරුගේ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වගකීම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065E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වේ</w:t>
      </w:r>
      <w:r w:rsidR="00FD065E"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7F78046F" w14:textId="77777777" w:rsidR="0010511C" w:rsidRPr="00522117" w:rsidRDefault="0010511C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3A4F0093" w14:textId="77777777" w:rsidR="0010511C" w:rsidRPr="00522117" w:rsidRDefault="0010511C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24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පුරා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තැබිය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නිලධාරියාගේ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අවසරයකින්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තොරව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පරිශ්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භාවිතයෙන්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බැහැරව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තිබූ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මුදල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කුලියෙන්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අඩු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</w:p>
    <w:p w14:paraId="03D5D0C3" w14:textId="77777777" w:rsidR="001035EF" w:rsidRPr="00522117" w:rsidRDefault="0010511C" w:rsidP="002B6686">
      <w:pPr>
        <w:spacing w:after="0" w:line="259" w:lineRule="auto"/>
        <w:ind w:firstLine="360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අඩු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පදනම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=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÷ 30 ×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භාවිතයෙන්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බැහැරව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තිබූ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3CB675A6" w14:textId="77777777" w:rsidR="001035EF" w:rsidRPr="00522117" w:rsidRDefault="001035EF" w:rsidP="002B6686">
      <w:pPr>
        <w:spacing w:after="0" w:line="259" w:lineRule="auto"/>
        <w:ind w:firstLine="360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ECC2C9C" w14:textId="77777777" w:rsidR="00A54E38" w:rsidRPr="00522117" w:rsidRDefault="001035EF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නියමිත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නඩත්තු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මෙන්ම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සියලු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වියදම්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දැරිය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සාමාන්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මසකට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උපරිම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නිලධාරියාගේ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අනුමැතිය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මෙම දිනය සඳහා මාසික කුලියෙන් කිසිදු ගාස්තුවක් අඩු කරනු නොලැබේ.</w:t>
      </w:r>
      <w:r w:rsidRPr="00522117">
        <w:rPr>
          <w:rFonts w:asciiTheme="minorBidi" w:hAnsiTheme="minorBidi"/>
          <w:color w:val="auto"/>
          <w:sz w:val="24"/>
          <w:szCs w:val="24"/>
          <w:lang w:bidi="si-LK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කෙසේ වුවද අදාළ දිනය තුල ධාවනය කල දුර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මාණය මාසය තුල ධාවනය කල මුළු දුර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මාණයෙන් අඩු කර අදාළ ගණනය කිරීම සිදු කරනු ඇත.</w:t>
      </w:r>
      <w:bookmarkStart w:id="5" w:name="_Hlk238325149"/>
    </w:p>
    <w:p w14:paraId="39D82534" w14:textId="77777777" w:rsidR="00A54E38" w:rsidRPr="00522117" w:rsidRDefault="00A54E38" w:rsidP="002B6686">
      <w:pPr>
        <w:pStyle w:val="ListParagraph"/>
        <w:spacing w:after="0" w:line="259" w:lineRule="auto"/>
        <w:ind w:left="360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4180F23" w14:textId="77777777" w:rsidR="00A54E38" w:rsidRPr="00522117" w:rsidRDefault="00A54E38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24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පුරා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යෙදවීමට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පරිදි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සුදුසු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රියදුරෙකු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යෙදවීම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වගකීම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වැටුප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EPF, ETF,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අතිකාල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නිවාඩු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නිවාඩු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ගෙවීම්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සියලුම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කම්කරු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නීතිමය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යවස්ථාපිත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ගෙවීම්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දැරිය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බදුල්ලෙන්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රාත්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ගමන්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පැයක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අතිකාල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ගාස්තුව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රාත්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නවාතැන්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දීමනාව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සටහන්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 විසින් රියදුරු සඳහා වෙනම කිසිඳු ගෙවීමක් සිදු කරනු නොලැබේ.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පරිශ්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නවාතැන්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ගන්නා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නවාතැන්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පහසුකම්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මඟින්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සපයන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වෙනුවෙන්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රියදුරෙකු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රු</w:t>
      </w:r>
      <w:r w:rsidRPr="00522117">
        <w:rPr>
          <w:rFonts w:asciiTheme="minorBidi" w:hAnsiTheme="minorBidi"/>
          <w:color w:val="auto"/>
          <w:sz w:val="24"/>
          <w:szCs w:val="24"/>
        </w:rPr>
        <w:t>. 2,000.00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මුදලක්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bookmarkEnd w:id="5"/>
    </w:p>
    <w:p w14:paraId="1A0983FD" w14:textId="77777777" w:rsidR="00A54E38" w:rsidRPr="00522117" w:rsidRDefault="00A54E38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7A194551" w14:textId="77777777" w:rsidR="00A54E38" w:rsidRPr="00522117" w:rsidRDefault="00A54E38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අවස්ථාවේදී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03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තුළ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ඉන්ධන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පරිභෝජන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කාර්යක්ෂමතාව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පිළිබඳ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(Fuel Consumption Test Report)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/>
          <w:b/>
          <w:color w:val="auto"/>
          <w:sz w:val="24"/>
          <w:szCs w:val="24"/>
          <w:cs/>
          <w:lang w:bidi="si-LK"/>
        </w:rPr>
        <w:t>මෙය වාහන ඇගයීමේදි සලකා බලනු 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36852E69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2E5240E5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6" w:name="_Hlk238325452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lastRenderedPageBreak/>
        <w:t>තේරී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ගිවිසුම්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තුළ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අවශ්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වශයෙන්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මාසයක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(01)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ලිඛිත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දැනුම්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දීමක්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තවදුරටත්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අවශ්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නොවන්නේ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හිමිකරු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දැනුම්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මාසයක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(01)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ඇතුළත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bookmarkStart w:id="7" w:name="_Hlk238413638"/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01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පූර්ව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දැනුම්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දීමකින්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තොරව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සේවයෙන්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ගන්නේ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ඉහත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කාර්ය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සාධන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බැඳුම්කරය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රාජසන්තක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ගැනීමේ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පූර්ණ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අයිතිය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සතු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වේ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>.</w:t>
      </w:r>
      <w:bookmarkEnd w:id="7"/>
    </w:p>
    <w:bookmarkEnd w:id="6"/>
    <w:p w14:paraId="2490675C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2DA09EA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8" w:name="_Hlk238325617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සාර්ථක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12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මුළු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වටිනාකමින්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5%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සමාන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13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කාර්ය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සාධන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බැඳුම්කරයක්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(Performance Bond)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භාරදිය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දීර්ඝ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බැඳුම්කරයේ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කාලයද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ඊට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අනුකූලව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දීර්ඝ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bookmarkEnd w:id="8"/>
    <w:p w14:paraId="11BB3984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69A38D2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9" w:name="_Hlk238413536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24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වැඩි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නඩත්තු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දෝෂ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තත්ත්වයන්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නිසා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7A075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භාවිතයෙන් බැහැර වීමට සිදු</w:t>
      </w:r>
      <w:r w:rsidR="007A0753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7A075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වුවහොත්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ආදේශක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සිටී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එසේ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අවස්ථාවලදී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අංක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360A4B" w:rsidRPr="00522117">
        <w:rPr>
          <w:rFonts w:asciiTheme="minorBidi" w:hAnsiTheme="minorBidi"/>
          <w:color w:val="auto"/>
          <w:sz w:val="24"/>
          <w:szCs w:val="24"/>
        </w:rPr>
        <w:t>09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මුදල්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අඩු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කාර්ය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සාධන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බැඳුම්කරයෙන්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ගැනීමට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කෙරේ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බාහිරින්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යෙදවීමට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වුවහොත්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ඊට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සම්පූර්ණ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පිරිවැය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ටෙන්ඩර්කරුගෙන්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bookmarkEnd w:id="9"/>
    <w:p w14:paraId="7582AF25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1861CFF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0" w:name="_Hlk238413700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සියලුම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ආසන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මගී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ආරක්ෂක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පටි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(Seat Belts)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තිබිය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D429BC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ආසන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හිස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රැඳවුම්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(Head Rest)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සුවපහසු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ලෙස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සකස්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(Adjustable)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මාණයේ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bookmarkEnd w:id="10"/>
    <w:p w14:paraId="0113348A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8D333B3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1" w:name="_Hlk238413782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විටම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මනා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ක්‍රි</w:t>
      </w:r>
      <w:bookmarkStart w:id="12" w:name="_Hlk238413735"/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යාකාරී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bookmarkEnd w:id="12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තත්ත්වයෙන්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පවත්වා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බලධාරීන්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නියම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අවස්ථාවලදී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වායු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සමීකරණ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(A/C),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තිරිංග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බැටරි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පද්ධති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නිවැරදි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ටයර්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මුඛතාව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වාහනය ඇතුළත හා පිටත පිරිසිදුව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පවත්වා ගත යුතුය.</w:t>
      </w:r>
    </w:p>
    <w:bookmarkEnd w:id="11"/>
    <w:p w14:paraId="39734241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5C18FF5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නුසුදුසු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තත්ත්වය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නොසැලකිල්ල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රාජකාරිය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නිසි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පරිදි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ඉටු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උපදෙස්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නොසලකා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වැනි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ඕනෑම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කරුණක්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ඕනෑම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අවස්ථාවක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පූර්ණ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3DBC6366" w14:textId="77777777" w:rsidR="00D429BC" w:rsidRPr="00522117" w:rsidRDefault="00D429BC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7F3E1F23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0D3D6ED0" w14:textId="77777777" w:rsidR="00D429BC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3" w:name="_Hlk238413978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යොදවන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පළමු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පහත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ලියකියවිලි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භාරදිය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පමණක්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යෙදවිය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:</w:t>
      </w:r>
    </w:p>
    <w:p w14:paraId="08D0E706" w14:textId="77777777" w:rsidR="00D429BC" w:rsidRPr="00522117" w:rsidRDefault="00DE4345" w:rsidP="002B6686">
      <w:pPr>
        <w:pStyle w:val="ListParagraph"/>
        <w:numPr>
          <w:ilvl w:val="0"/>
          <w:numId w:val="16"/>
        </w:numPr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බලපත්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</w:t>
      </w:r>
    </w:p>
    <w:p w14:paraId="513B9344" w14:textId="77777777" w:rsidR="00D429BC" w:rsidRPr="00522117" w:rsidRDefault="00DE4345" w:rsidP="002B6686">
      <w:pPr>
        <w:pStyle w:val="ListParagraph"/>
        <w:numPr>
          <w:ilvl w:val="0"/>
          <w:numId w:val="16"/>
        </w:numPr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ජාතික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හැඳුනුම්පත්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</w:t>
      </w:r>
    </w:p>
    <w:p w14:paraId="758D797B" w14:textId="77777777" w:rsidR="00402B82" w:rsidRPr="00522117" w:rsidRDefault="00DE4345" w:rsidP="002B6686">
      <w:pPr>
        <w:pStyle w:val="ListParagraph"/>
        <w:numPr>
          <w:ilvl w:val="0"/>
          <w:numId w:val="16"/>
        </w:numPr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03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ඇතුළත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පොලිස්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වාර්තාව</w:t>
      </w:r>
    </w:p>
    <w:p w14:paraId="4F7A6575" w14:textId="77777777" w:rsidR="00D429BC" w:rsidRPr="00522117" w:rsidRDefault="00D429BC" w:rsidP="002B6686">
      <w:pPr>
        <w:pStyle w:val="ListParagraph"/>
        <w:spacing w:after="0" w:line="259" w:lineRule="auto"/>
        <w:ind w:left="1260"/>
        <w:rPr>
          <w:rFonts w:asciiTheme="minorBidi" w:hAnsiTheme="minorBidi"/>
          <w:color w:val="auto"/>
          <w:sz w:val="24"/>
          <w:szCs w:val="24"/>
        </w:rPr>
      </w:pPr>
    </w:p>
    <w:p w14:paraId="25932A6C" w14:textId="77777777" w:rsidR="00D269DA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අනතුරු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සම්බන්ධයෙන්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වගකියනු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අනතුරකදී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මගීන්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රක්ෂණ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වන්දි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ටෙන්ඩර්කරු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මැදිහත්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කාර්මික දෝෂයක් හෝ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අනතුරක් හේතුවෙන් වාහනය ධාවනය කළ නොහැකි වූ විට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ටෙන්ඩර්කරු විසින් සුදුසු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ප්‍ර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තිස්ථාපන</w:t>
      </w:r>
      <w:r w:rsidR="00D269DA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D269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වාහනයක් ලබා දිය යුතුය.</w:t>
      </w:r>
    </w:p>
    <w:bookmarkEnd w:id="13"/>
    <w:p w14:paraId="19CF40D0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EF61B4B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4" w:name="_Hlk238414518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සපයනු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සටහන්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</w:t>
      </w:r>
      <w:r w:rsidR="00D429BC" w:rsidRPr="00522117">
        <w:rPr>
          <w:rFonts w:asciiTheme="minorBidi" w:hAnsiTheme="minorBidi"/>
          <w:color w:val="auto"/>
          <w:sz w:val="24"/>
          <w:szCs w:val="24"/>
        </w:rPr>
        <w:t>Running Charts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)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රියදුරු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මනා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ලෙස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පවත්වාගෙන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ගමනක්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අවසානයේදීම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නිලධාරියාගේ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අත්සන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0281DAC6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4AB29F31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මසක්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අවසානයේදීම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සටහන්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පොත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සමඟ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බිල්පත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නිලධාරීන්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විසින්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අත්සන්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නොමැති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කිලෝමීටර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ගෙවීම්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15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ඇතුළත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බිල්පත්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ගෙවීම්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යොමු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මාද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සතියක්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මුළු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බිල්පත්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වටිනාකමින්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0.5%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දඩයක්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උපරිම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10%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සීමාවකට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යටත්ව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කපා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හරිනු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4191FCA9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896B26B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මුල්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අනුපිටපත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සීල්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තැබූ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කවරවල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කවරයේ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වම්පස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ඉහළ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කෙළවරේ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'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මාසික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කුලී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පදනම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සැපයීම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-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අංක</w:t>
      </w:r>
      <w:r w:rsidRPr="00522117">
        <w:rPr>
          <w:rFonts w:asciiTheme="minorBidi" w:hAnsiTheme="minorBidi"/>
          <w:color w:val="auto"/>
          <w:sz w:val="24"/>
          <w:szCs w:val="24"/>
        </w:rPr>
        <w:t>: UWU/GA/NCB/2026/0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5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'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ලෙස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>, '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සභාපති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සම්පාදන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කමිටුව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ඌව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වෙල්ලස්ස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බදුල්ල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'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ලිපිනයට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තැපෑලෙන්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FD6FDA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ලේඛකාධිකාරී කාර්යාලයේ තබා ඇති</w:t>
      </w:r>
      <w:r w:rsidR="00FD6FDA" w:rsidRPr="00522117">
        <w:rPr>
          <w:rFonts w:asciiTheme="minorBidi" w:hAnsiTheme="minorBidi"/>
          <w:color w:val="auto"/>
          <w:sz w:val="24"/>
          <w:szCs w:val="24"/>
          <w:lang w:bidi="si-LK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පෙට්ටියට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2026.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09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22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11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30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යොමු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6847703C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7A9A4F0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නියමිත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වේලාවට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පසුව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සෘජුවම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තික්ෂේප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තැපෑලේදී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මාදයන්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සම්බන්ධයෙන්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විශ්වවිද්‍යාලය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වගකියනු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62293752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23C1E1A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2026.0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9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22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පෙ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="007D3D34" w:rsidRPr="00522117">
        <w:rPr>
          <w:rFonts w:asciiTheme="minorBidi" w:hAnsiTheme="minorBidi"/>
          <w:color w:val="auto"/>
          <w:sz w:val="24"/>
          <w:szCs w:val="24"/>
        </w:rPr>
        <w:t>11.30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ලයීය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ධාන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පරිපාලන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ගොඩනැගිල්ලේදී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විවෘත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ලංසුකරුවන්ට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ඔවුන්ගේ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බලයලත්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නියෝජිතයෙකුට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සහභාගී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375BB911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4D7910C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අකුරෙන්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ඉලක්කමෙන්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පැහැදිලිව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සටහන්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ඇත්නම්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අත්සන්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තබා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2B6686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2B6686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නිවැරදි කිරීමේ තීන්ත</w:t>
      </w:r>
      <w:r w:rsidR="002B6686" w:rsidRPr="00522117">
        <w:rPr>
          <w:rFonts w:asciiTheme="minorBidi" w:hAnsiTheme="minorBidi"/>
          <w:color w:val="auto"/>
          <w:sz w:val="24"/>
          <w:szCs w:val="24"/>
        </w:rPr>
        <w:t xml:space="preserve"> (</w:t>
      </w:r>
      <w:proofErr w:type="spellStart"/>
      <w:r w:rsidR="002B6686" w:rsidRPr="00522117">
        <w:rPr>
          <w:rFonts w:asciiTheme="minorBidi" w:hAnsiTheme="minorBidi"/>
          <w:color w:val="auto"/>
          <w:sz w:val="24"/>
          <w:szCs w:val="24"/>
        </w:rPr>
        <w:t>Tipex</w:t>
      </w:r>
      <w:proofErr w:type="spellEnd"/>
      <w:r w:rsidR="002B6686" w:rsidRPr="00522117">
        <w:rPr>
          <w:rFonts w:asciiTheme="minorBidi" w:hAnsiTheme="minorBidi"/>
          <w:color w:val="auto"/>
          <w:sz w:val="24"/>
          <w:szCs w:val="24"/>
        </w:rPr>
        <w:t xml:space="preserve">) </w:t>
      </w:r>
      <w:r w:rsidR="002B6686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භාවිතා නොකළ යුතුය.</w:t>
      </w:r>
    </w:p>
    <w:p w14:paraId="6CE46B53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1F6338F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ඉල්ලුම්කරුවෙකු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එකකට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වඩා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කරන්නේ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පත්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2D24B7B6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74A894E2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අවශ්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යතාව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සීමාව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අවසන්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වූවද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සේවය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තවදුරටත්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දීර්ඝ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සිදුවිය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හැක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0264A528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A20972B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ඕනෑම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ටෙන්ඩර්පතක්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ලංසුවක්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සම්පූර්ණයෙන්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කොටසක්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පිළිගැනීමට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තික්ෂේප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9F2F23"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සම්පාදන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කමිටුව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අයිතිය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සුරක්ෂිත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7F5429D5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AD5BFB9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පරීක්ෂා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ලෙස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දැනුම්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දුන්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අදාළ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ස්ථානයට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යුතුය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.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කිසිදු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ගෙවීමක්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අතර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පරීක්ෂාවට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වාහනවල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ඇපකර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නිදහස්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නොකෙරේ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  <w:r w:rsidR="002B6686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2B6686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පරීක්ෂාව සඳහා ඉදිරිපත්</w:t>
      </w:r>
      <w:r w:rsidR="002B6686"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="002B6686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නොකරන වාහනයක් ඇගයීමෙන් ඉවත් කළ හැකිය.</w:t>
      </w:r>
    </w:p>
    <w:p w14:paraId="5528F30C" w14:textId="77777777" w:rsidR="00D429BC" w:rsidRPr="00522117" w:rsidRDefault="00D429BC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1F010135" w14:textId="77777777" w:rsidR="002B6686" w:rsidRPr="00522117" w:rsidRDefault="002B6686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වාහනය පරීක්ෂා කිරීමෙන්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අනතුරුව එය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ල සේවයට යොදා ගැනීමට තීරණය කළහොත්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ඉහත කොන්දේසි සහ අදාළ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සම්පාදන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නීති/මාර්ගෝපදේශවලට යටත්ව ලිඛිත ගිවිසුමකට එළඹිය යුතුය. රජයේ බදු සහ අනෙකුත් අදාළ ගෙවීම්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සම්බන්ධයෙන් බලපවත්නා නීති හා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ප්‍ර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තිපත්ති අනුගමනය කරනු ලැබේ.</w:t>
      </w:r>
    </w:p>
    <w:p w14:paraId="04980CAC" w14:textId="77777777" w:rsidR="002B6686" w:rsidRPr="00522117" w:rsidRDefault="002B6686" w:rsidP="002B6686">
      <w:pPr>
        <w:pStyle w:val="ListParagraph"/>
        <w:spacing w:after="0" w:line="259" w:lineRule="auto"/>
        <w:rPr>
          <w:rFonts w:asciiTheme="minorBidi" w:hAnsiTheme="minorBidi"/>
          <w:color w:val="auto"/>
          <w:sz w:val="24"/>
          <w:szCs w:val="24"/>
        </w:rPr>
      </w:pPr>
    </w:p>
    <w:p w14:paraId="582AE1B9" w14:textId="77777777" w:rsidR="002B6686" w:rsidRPr="00522117" w:rsidRDefault="002B6686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වාහනය වෙනස් 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අවශ්‍ය නම්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 xml:space="preserve">ඒ සඳහා අවම වශයෙන් මාසයක පූර්ව ලිඛිත දැනුම්දීමක් ලබා දී </w:t>
      </w:r>
      <w:r w:rsidR="009F2F23"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විශ්වවිද්‍යා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ලයේ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අනුමැතිය ලබාගත යුතුය.</w:t>
      </w:r>
    </w:p>
    <w:p w14:paraId="00225BBD" w14:textId="77777777" w:rsidR="002B6686" w:rsidRPr="00522117" w:rsidRDefault="002B6686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bookmarkEnd w:id="14"/>
    <w:p w14:paraId="412619DB" w14:textId="77777777" w:rsidR="00402B82" w:rsidRPr="00522117" w:rsidRDefault="00DE4345" w:rsidP="002B6686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ඉන්ධන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වෙනස්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වීමේදී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(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අඩුවීම</w:t>
      </w:r>
      <w:r w:rsidRPr="00522117">
        <w:rPr>
          <w:rFonts w:asciiTheme="minorBidi" w:hAnsiTheme="minorBidi"/>
          <w:color w:val="auto"/>
          <w:sz w:val="24"/>
          <w:szCs w:val="24"/>
        </w:rPr>
        <w:t>/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වැඩිවීම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),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රටේ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උද්ධමනය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ඉන්ධන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කාර්යක්ෂමතාව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සලකා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බලා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සංශෝධනය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කටයුතු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ලැබේ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6DBAC93D" w14:textId="77777777" w:rsidR="00402B82" w:rsidRPr="00522117" w:rsidRDefault="00402B82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1C719DA" w14:textId="77777777" w:rsidR="00756C2A" w:rsidRPr="00522117" w:rsidRDefault="00756C2A" w:rsidP="00756C2A">
      <w:pPr>
        <w:pStyle w:val="Heading1"/>
        <w:spacing w:before="0" w:line="256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  <w:r w:rsidRPr="00522117">
        <w:rPr>
          <w:rFonts w:asciiTheme="minorBidi" w:hAnsiTheme="minorBidi" w:cstheme="minorBidi"/>
          <w:color w:val="auto"/>
          <w:sz w:val="24"/>
          <w:szCs w:val="24"/>
          <w:cs/>
          <w:lang w:bidi="si-LK"/>
        </w:rPr>
        <w:t>මිල ගණන් ඉදිරිපත් කිරීම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7056"/>
        <w:gridCol w:w="2592"/>
      </w:tblGrid>
      <w:tr w:rsidR="00DE1F83" w:rsidRPr="00522117" w14:paraId="3053D872" w14:textId="77777777" w:rsidTr="00105311">
        <w:tc>
          <w:tcPr>
            <w:tcW w:w="7056" w:type="dxa"/>
            <w:hideMark/>
          </w:tcPr>
          <w:p w14:paraId="3E37A13A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විස්තරය</w:t>
            </w:r>
          </w:p>
        </w:tc>
        <w:tc>
          <w:tcPr>
            <w:tcW w:w="2592" w:type="dxa"/>
            <w:hideMark/>
          </w:tcPr>
          <w:p w14:paraId="77311086" w14:textId="77777777" w:rsidR="00756C2A" w:rsidRPr="00522117" w:rsidRDefault="007D3D34" w:rsidP="007D3D34">
            <w:pPr>
              <w:spacing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ගාස්තුව</w:t>
            </w:r>
          </w:p>
        </w:tc>
      </w:tr>
      <w:tr w:rsidR="00DE1F83" w:rsidRPr="00522117" w14:paraId="4A29C228" w14:textId="77777777" w:rsidTr="00105311">
        <w:trPr>
          <w:trHeight w:val="576"/>
        </w:trPr>
        <w:tc>
          <w:tcPr>
            <w:tcW w:w="7056" w:type="dxa"/>
            <w:hideMark/>
          </w:tcPr>
          <w:p w14:paraId="1BA35952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මාසික කුලිය (රු.):</w:t>
            </w:r>
          </w:p>
          <w:p w14:paraId="64A65256" w14:textId="3EEFD9AA" w:rsidR="00756C2A" w:rsidRPr="00522117" w:rsidRDefault="00756C2A" w:rsidP="009178F7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මසකට කි.මී. </w:t>
            </w:r>
            <w:r w:rsidR="009178F7" w:rsidRPr="00522117">
              <w:rPr>
                <w:rFonts w:asciiTheme="minorBidi" w:hAnsiTheme="minorBidi"/>
                <w:color w:val="auto"/>
                <w:sz w:val="24"/>
                <w:szCs w:val="24"/>
              </w:rPr>
              <w:t>1500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දක්වා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,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ඉන්ධන</w:t>
            </w:r>
            <w:r w:rsidR="009178F7" w:rsidRPr="00522117">
              <w:rPr>
                <w:rFonts w:asciiTheme="minorBidi" w:hAnsiTheme="minorBidi"/>
                <w:color w:val="auto"/>
                <w:sz w:val="24"/>
                <w:szCs w:val="24"/>
                <w:lang w:bidi="si-LK"/>
              </w:rPr>
              <w:t xml:space="preserve"> </w:t>
            </w:r>
            <w:r w:rsidR="009178F7"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>සහිතව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)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</w:tcPr>
          <w:p w14:paraId="5BB1AC3F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265E50DE" w14:textId="77777777" w:rsidTr="00105311">
        <w:trPr>
          <w:trHeight w:val="576"/>
        </w:trPr>
        <w:tc>
          <w:tcPr>
            <w:tcW w:w="7056" w:type="dxa"/>
            <w:hideMark/>
          </w:tcPr>
          <w:p w14:paraId="3F0A4722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අනෙකුත් බදු (ඇත්නම්)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රු.):</w:t>
            </w:r>
          </w:p>
        </w:tc>
        <w:tc>
          <w:tcPr>
            <w:tcW w:w="2592" w:type="dxa"/>
          </w:tcPr>
          <w:p w14:paraId="0857AB96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E0EC6FC" w14:textId="77777777" w:rsidTr="00105311">
        <w:trPr>
          <w:trHeight w:val="576"/>
        </w:trPr>
        <w:tc>
          <w:tcPr>
            <w:tcW w:w="7056" w:type="dxa"/>
            <w:hideMark/>
          </w:tcPr>
          <w:p w14:paraId="0B51110B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lastRenderedPageBreak/>
              <w:t xml:space="preserve">VAT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බදු (ඇත්නම්)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රු.):</w:t>
            </w:r>
          </w:p>
        </w:tc>
        <w:tc>
          <w:tcPr>
            <w:tcW w:w="2592" w:type="dxa"/>
          </w:tcPr>
          <w:p w14:paraId="400795E8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26A3F45E" w14:textId="77777777" w:rsidTr="00105311">
        <w:trPr>
          <w:trHeight w:val="576"/>
        </w:trPr>
        <w:tc>
          <w:tcPr>
            <w:tcW w:w="7056" w:type="dxa"/>
            <w:hideMark/>
          </w:tcPr>
          <w:p w14:paraId="17F4AC5B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මුළු මාසික කුලිය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රු.):</w:t>
            </w:r>
          </w:p>
        </w:tc>
        <w:tc>
          <w:tcPr>
            <w:tcW w:w="2592" w:type="dxa"/>
          </w:tcPr>
          <w:p w14:paraId="2084EDCF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7CB89DB" w14:textId="77777777" w:rsidTr="00105311">
        <w:trPr>
          <w:trHeight w:val="576"/>
        </w:trPr>
        <w:tc>
          <w:tcPr>
            <w:tcW w:w="7056" w:type="dxa"/>
            <w:hideMark/>
          </w:tcPr>
          <w:p w14:paraId="7AE28FA3" w14:textId="061AB2B3" w:rsidR="00756C2A" w:rsidRPr="00522117" w:rsidRDefault="00756C2A" w:rsidP="009178F7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කි.මී. </w:t>
            </w:r>
            <w:r w:rsidR="009178F7" w:rsidRPr="00522117">
              <w:rPr>
                <w:rFonts w:asciiTheme="minorBidi" w:hAnsiTheme="minorBidi"/>
                <w:color w:val="auto"/>
                <w:sz w:val="24"/>
                <w:szCs w:val="24"/>
              </w:rPr>
              <w:t>15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00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 xml:space="preserve">සීමාව ඉක්මවන සෑම අමතර කි.මී.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01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ක් සඳහා ගාස්තුව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,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ඉන්ධන</w:t>
            </w:r>
            <w:r w:rsidR="009178F7" w:rsidRPr="00522117">
              <w:rPr>
                <w:rFonts w:asciiTheme="minorBidi" w:hAnsiTheme="minorBidi" w:cs="Iskoola Pota" w:hint="cs"/>
                <w:color w:val="auto"/>
                <w:sz w:val="24"/>
                <w:szCs w:val="24"/>
                <w:cs/>
                <w:lang w:bidi="si-LK"/>
              </w:rPr>
              <w:t xml:space="preserve"> සහිතව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(රු.):</w:t>
            </w:r>
          </w:p>
        </w:tc>
        <w:tc>
          <w:tcPr>
            <w:tcW w:w="2592" w:type="dxa"/>
          </w:tcPr>
          <w:p w14:paraId="60AD6A15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3C7B56C7" w14:textId="77777777" w:rsidTr="00105311">
        <w:trPr>
          <w:trHeight w:val="576"/>
        </w:trPr>
        <w:tc>
          <w:tcPr>
            <w:tcW w:w="7056" w:type="dxa"/>
            <w:hideMark/>
          </w:tcPr>
          <w:p w14:paraId="56749BC8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අදාළ වාහනයේ රියදුරු සඳහා මාසික වැටුප (රු.):</w:t>
            </w:r>
          </w:p>
          <w:p w14:paraId="52891FFF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කම්කරු නීති හා ව්‍යවස්ථාපිත ගෙවීම් ඇතුළුව)</w:t>
            </w:r>
          </w:p>
        </w:tc>
        <w:tc>
          <w:tcPr>
            <w:tcW w:w="2592" w:type="dxa"/>
          </w:tcPr>
          <w:p w14:paraId="719D5964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</w:tbl>
    <w:p w14:paraId="2716CAC4" w14:textId="77777777" w:rsidR="00756C2A" w:rsidRPr="00522117" w:rsidRDefault="00756C2A" w:rsidP="00756C2A">
      <w:pPr>
        <w:spacing w:after="0" w:line="256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306D7E32" w14:textId="77777777" w:rsidR="002B6686" w:rsidRPr="00522117" w:rsidRDefault="002B6686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738F1875" w14:textId="77777777" w:rsidR="002B6686" w:rsidRPr="00522117" w:rsidRDefault="002B6686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53AA279B" w14:textId="77777777" w:rsidR="00E6758F" w:rsidRPr="00522117" w:rsidRDefault="00E6758F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824"/>
        <w:gridCol w:w="4824"/>
      </w:tblGrid>
      <w:tr w:rsidR="00DE1F83" w:rsidRPr="00522117" w14:paraId="7B5FF335" w14:textId="77777777" w:rsidTr="00756C2A">
        <w:trPr>
          <w:trHeight w:val="28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BE3CC0" w14:textId="77777777" w:rsidR="00756C2A" w:rsidRPr="00522117" w:rsidRDefault="00756C2A">
            <w:pPr>
              <w:pStyle w:val="Heading1"/>
              <w:spacing w:before="0" w:line="256" w:lineRule="auto"/>
              <w:jc w:val="both"/>
              <w:outlineLvl w:val="0"/>
              <w:rPr>
                <w:rFonts w:asciiTheme="minorBidi" w:hAnsiTheme="minorBidi" w:cs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 w:cstheme="minorBidi"/>
                <w:color w:val="auto"/>
                <w:sz w:val="24"/>
                <w:szCs w:val="24"/>
                <w:cs/>
                <w:lang w:bidi="si-LK"/>
              </w:rPr>
              <w:t>ටෙන්ඩර්කරුගේ</w:t>
            </w:r>
            <w:r w:rsidRPr="00522117">
              <w:rPr>
                <w:rFonts w:asciiTheme="minorBidi" w:hAnsiTheme="minorBidi" w:cs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 w:cstheme="minorBidi"/>
                <w:color w:val="auto"/>
                <w:sz w:val="24"/>
                <w:szCs w:val="24"/>
                <w:cs/>
                <w:lang w:bidi="si-LK"/>
              </w:rPr>
              <w:t>සහ වාහනයේ තොරතුරු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2D6A9E" w14:textId="77777777" w:rsidR="00756C2A" w:rsidRPr="00522117" w:rsidRDefault="00756C2A">
            <w:pPr>
              <w:pStyle w:val="Heading1"/>
              <w:spacing w:before="0" w:line="256" w:lineRule="auto"/>
              <w:jc w:val="both"/>
              <w:outlineLvl w:val="0"/>
              <w:rPr>
                <w:rFonts w:asciiTheme="minorBidi" w:hAnsiTheme="minorBidi" w:cs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5E7F62D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20DB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ටෙන්ඩර්කරුගේ නම: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3AEB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4E94B1AA" w14:textId="77777777" w:rsidTr="00756C2A">
        <w:trPr>
          <w:trHeight w:val="28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0E03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ජාතික හැඳුනුම්පත්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අංකය/ විදේශ ගමන් බලපත්‍ර අංකය: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780F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3212130F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94E9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ආයතනයක් නම් ව්‍යාපාර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ලියාපදිංචි අංකය: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736E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233E3952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06F4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ස්ථිර ලිපිනය: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BD0C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1C422464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CEF7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දුරකථන අංකය/ විද්‍යුත්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තැපෑල::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AD8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23160720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D497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ටෙන්ඩරය සඳහා ඉදිරිපත්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කරනු ලබන වාහනයේ වර්ගය සහ මෝස්තරය: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A89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129377A7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2C1F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වාහන අංකය (ලියාපදිංචි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කර ඇත්නම්):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5E68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1EC30E9A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FA2A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නිෂ්පාදිත වර්ෂය: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F573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04FC96FE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EAE9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පළමු ලියාපදිංචි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වර්ෂය (අදාළ නම්):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B2A0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65AA4D25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5335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එන්ජින් ධාරිතාව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cc):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F64A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2939B8F5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8398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වත්මන් ධාවන දුර (කි.මී.):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416D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32D44512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57FC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ආසන සංඛ්‍යාව: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353E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1DAFD707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8A33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රක්ෂණය වලංගු වන දිනය: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8504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424DFBD5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E295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ආදායම් බලපත්‍රය වලංගු වන දිනය: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736E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56011A63" w14:textId="77777777" w:rsidTr="00756C2A">
        <w:trPr>
          <w:trHeight w:val="618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EF0C" w14:textId="77777777" w:rsidR="00756C2A" w:rsidRPr="00522117" w:rsidRDefault="00756C2A" w:rsidP="00756C2A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තක්සේරු දළ වටිනාකම (තක්සේරු වාර්තාව අමුණන්න):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82F1" w14:textId="77777777" w:rsidR="00756C2A" w:rsidRPr="00522117" w:rsidRDefault="00756C2A">
            <w:pPr>
              <w:spacing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</w:tbl>
    <w:p w14:paraId="035E22B5" w14:textId="77777777" w:rsidR="00402B82" w:rsidRPr="00522117" w:rsidRDefault="00402B82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4D662BF5" w14:textId="77777777" w:rsidR="00E6758F" w:rsidRPr="00522117" w:rsidRDefault="00E6758F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3B1244D" w14:textId="77777777" w:rsidR="00E6758F" w:rsidRPr="00522117" w:rsidRDefault="00E6758F" w:rsidP="00E6758F">
      <w:pPr>
        <w:spacing w:after="0" w:line="256" w:lineRule="auto"/>
        <w:jc w:val="both"/>
        <w:rPr>
          <w:rFonts w:asciiTheme="minorBidi" w:hAnsiTheme="minorBidi"/>
          <w:color w:val="auto"/>
          <w:sz w:val="24"/>
          <w:szCs w:val="24"/>
        </w:rPr>
      </w:pP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පහත සඳහන්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ලක්ෂණ අදාළ වාහනයේ පවතින්නේද යන්න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b/>
          <w:color w:val="auto"/>
          <w:sz w:val="24"/>
          <w:szCs w:val="24"/>
          <w:cs/>
          <w:lang w:bidi="si-LK"/>
        </w:rPr>
        <w:t>ඇත (</w:t>
      </w:r>
      <w:r w:rsidRPr="00522117">
        <w:rPr>
          <w:rFonts w:ascii="Segoe UI Symbol" w:hAnsi="Segoe UI Symbol" w:cs="Segoe UI Symbol"/>
          <w:b/>
          <w:color w:val="auto"/>
          <w:sz w:val="24"/>
          <w:szCs w:val="24"/>
        </w:rPr>
        <w:t>✓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)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හෝ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b/>
          <w:color w:val="auto"/>
          <w:sz w:val="24"/>
          <w:szCs w:val="24"/>
          <w:cs/>
          <w:lang w:bidi="si-LK"/>
        </w:rPr>
        <w:t>නැත (</w:t>
      </w:r>
      <w:r w:rsidRPr="00522117">
        <w:rPr>
          <w:rFonts w:ascii="Segoe UI Symbol" w:hAnsi="Segoe UI Symbol" w:cs="Segoe UI Symbol"/>
          <w:b/>
          <w:color w:val="auto"/>
          <w:sz w:val="24"/>
          <w:szCs w:val="24"/>
        </w:rPr>
        <w:t>✗</w:t>
      </w:r>
      <w:r w:rsidRPr="00522117">
        <w:rPr>
          <w:rFonts w:asciiTheme="minorBidi" w:hAnsiTheme="minorBidi"/>
          <w:b/>
          <w:color w:val="auto"/>
          <w:sz w:val="24"/>
          <w:szCs w:val="24"/>
        </w:rPr>
        <w:t>)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/>
          <w:color w:val="auto"/>
          <w:sz w:val="24"/>
          <w:szCs w:val="24"/>
          <w:cs/>
          <w:lang w:bidi="si-LK"/>
        </w:rPr>
        <w:t>මඟින් සලකුණු කරන්න.</w:t>
      </w:r>
    </w:p>
    <w:p w14:paraId="1DCA970F" w14:textId="77777777" w:rsidR="00E6758F" w:rsidRPr="00522117" w:rsidRDefault="00E6758F" w:rsidP="00E6758F">
      <w:pPr>
        <w:spacing w:after="0" w:line="256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tbl>
      <w:tblPr>
        <w:tblW w:w="9648" w:type="dxa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864"/>
        <w:gridCol w:w="6336"/>
        <w:gridCol w:w="2448"/>
      </w:tblGrid>
      <w:tr w:rsidR="00DE1F83" w:rsidRPr="00522117" w14:paraId="16D3AE05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0F0F0"/>
            <w:hideMark/>
          </w:tcPr>
          <w:p w14:paraId="0011E24F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b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  <w:cs/>
                <w:lang w:bidi="si-LK"/>
              </w:rPr>
              <w:t>අංකය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0F0F0"/>
            <w:hideMark/>
          </w:tcPr>
          <w:p w14:paraId="4923AB98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b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  <w:cs/>
                <w:lang w:bidi="si-LK"/>
              </w:rPr>
              <w:t>ලක්ෂණය / පහසුකම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0F0F0"/>
            <w:hideMark/>
          </w:tcPr>
          <w:p w14:paraId="787AB737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b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  <w:cs/>
                <w:lang w:bidi="si-LK"/>
              </w:rPr>
              <w:t>ඇත (</w:t>
            </w:r>
            <w:r w:rsidRPr="00522117">
              <w:rPr>
                <w:rFonts w:ascii="Segoe UI Symbol" w:hAnsi="Segoe UI Symbol" w:cs="Segoe UI Symbol"/>
                <w:b/>
                <w:color w:val="auto"/>
                <w:sz w:val="24"/>
                <w:szCs w:val="24"/>
              </w:rPr>
              <w:t>✓</w:t>
            </w: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</w:rPr>
              <w:t xml:space="preserve">) / </w:t>
            </w: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  <w:cs/>
                <w:lang w:bidi="si-LK"/>
              </w:rPr>
              <w:t>නැත (</w:t>
            </w:r>
            <w:r w:rsidRPr="00522117">
              <w:rPr>
                <w:rFonts w:ascii="Segoe UI Symbol" w:hAnsi="Segoe UI Symbol" w:cs="Segoe UI Symbol"/>
                <w:b/>
                <w:color w:val="auto"/>
                <w:sz w:val="24"/>
                <w:szCs w:val="24"/>
              </w:rPr>
              <w:t>✗</w:t>
            </w:r>
            <w:r w:rsidRPr="00522117">
              <w:rPr>
                <w:rFonts w:asciiTheme="minorBidi" w:hAnsiTheme="minorBidi"/>
                <w:b/>
                <w:color w:val="auto"/>
                <w:sz w:val="24"/>
                <w:szCs w:val="24"/>
              </w:rPr>
              <w:t>)</w:t>
            </w:r>
          </w:p>
        </w:tc>
      </w:tr>
      <w:tr w:rsidR="00DE1F83" w:rsidRPr="00522117" w14:paraId="430BAD92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51C7C52A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01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77E3C3CE" w14:textId="7E7B9165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එන්ජින් පද්ධතිය (</w:t>
            </w:r>
            <w:r w:rsidR="008471E2"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Fuel only/ 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Hybrid/ Plug-in Hybrid)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77DBB716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1C3A499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320E8724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02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72634665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ස්වයංක්‍රීය ගියර් පද්ධතිය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Auto Gear)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6590741F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90C73F4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798E6B87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03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67C01440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පාකිං සෙන්සර්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Parking Sensors)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4ED5BEFB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9D748B5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6DC9507F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04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5F2217E3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රේඩාර් සෙන්සර්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Radar Sensors)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39FB5421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7751449C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530D35F9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05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3CDC72CA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ඩෑෂ්බෝඩ් කැමරා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Dashboard Camera)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702C8759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  <w:tr w:rsidR="00DE1F83" w:rsidRPr="00522117" w14:paraId="08B10C36" w14:textId="77777777" w:rsidTr="00E6758F">
        <w:trPr>
          <w:trHeight w:val="360"/>
        </w:trPr>
        <w:tc>
          <w:tcPr>
            <w:tcW w:w="864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03C20871" w14:textId="77777777" w:rsidR="00E6758F" w:rsidRPr="00522117" w:rsidRDefault="00E6758F">
            <w:pPr>
              <w:spacing w:after="0" w:line="256" w:lineRule="auto"/>
              <w:jc w:val="center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06</w:t>
            </w:r>
          </w:p>
        </w:tc>
        <w:tc>
          <w:tcPr>
            <w:tcW w:w="633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45CA7C97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  <w:cs/>
                <w:lang w:bidi="si-LK"/>
              </w:rPr>
              <w:t>පවර් මිරර්ස් (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Power Mirrors)</w:t>
            </w:r>
          </w:p>
        </w:tc>
        <w:tc>
          <w:tcPr>
            <w:tcW w:w="244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</w:tcPr>
          <w:p w14:paraId="041A86C6" w14:textId="77777777" w:rsidR="00E6758F" w:rsidRPr="00522117" w:rsidRDefault="00E6758F">
            <w:pPr>
              <w:spacing w:after="0" w:line="256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</w:tbl>
    <w:p w14:paraId="0B2E2287" w14:textId="77777777" w:rsidR="00E6758F" w:rsidRPr="00522117" w:rsidRDefault="00E6758F" w:rsidP="00E6758F">
      <w:pPr>
        <w:spacing w:after="0" w:line="256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03EF3D49" w14:textId="77777777" w:rsidR="00402B82" w:rsidRPr="00522117" w:rsidRDefault="00402B82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0C0EBB64" w14:textId="77777777" w:rsidR="00402B82" w:rsidRPr="00522117" w:rsidRDefault="00DE4345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  <w:bookmarkStart w:id="15" w:name="_Hlk238313618"/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ලබන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ඉහත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විවෘත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දින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90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දක්වා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වලංගු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කොන්දේසිවලට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අනුකූලව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වාහන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ලියාපදිංචි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සහතිකයේ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පිටපතක්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/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ප්</w:t>
      </w:r>
      <w:r w:rsidRPr="00522117">
        <w:rPr>
          <w:rFonts w:asciiTheme="minorBidi" w:hAnsiTheme="minorBidi"/>
          <w:color w:val="auto"/>
          <w:sz w:val="24"/>
          <w:szCs w:val="24"/>
        </w:rPr>
        <w:t>‍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රෝෆෝමා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ඉන්වොයිසිය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මෙයට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අමුණා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ඇති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,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සියලුම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හොඳින්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කියවා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තේරුම්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ගෙන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ඊට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එකඟතාව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පළ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කරමින්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මෙම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ලංසුව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කරන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බවත්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සහතික</w:t>
      </w:r>
      <w:r w:rsidRPr="00522117">
        <w:rPr>
          <w:rFonts w:asciiTheme="minorBidi" w:hAnsiTheme="minorBidi"/>
          <w:color w:val="auto"/>
          <w:sz w:val="24"/>
          <w:szCs w:val="24"/>
        </w:rPr>
        <w:t xml:space="preserve"> </w:t>
      </w:r>
      <w:r w:rsidRPr="00522117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කරමි</w:t>
      </w:r>
      <w:r w:rsidRPr="00522117">
        <w:rPr>
          <w:rFonts w:asciiTheme="minorBidi" w:hAnsiTheme="minorBidi"/>
          <w:color w:val="auto"/>
          <w:sz w:val="24"/>
          <w:szCs w:val="24"/>
        </w:rPr>
        <w:t>.</w:t>
      </w:r>
    </w:p>
    <w:p w14:paraId="2C37A2B4" w14:textId="77777777" w:rsidR="007D3D34" w:rsidRPr="00522117" w:rsidRDefault="007D3D34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p w14:paraId="6D698FC8" w14:textId="77777777" w:rsidR="007D3D34" w:rsidRPr="00522117" w:rsidRDefault="007D3D34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10"/>
      </w:tblGrid>
      <w:tr w:rsidR="00DE1F83" w:rsidRPr="00DE1F83" w14:paraId="041075F1" w14:textId="77777777">
        <w:trPr>
          <w:jc w:val="center"/>
        </w:trPr>
        <w:tc>
          <w:tcPr>
            <w:tcW w:w="4795" w:type="dxa"/>
          </w:tcPr>
          <w:bookmarkEnd w:id="15"/>
          <w:p w14:paraId="05BDD4EF" w14:textId="77777777" w:rsidR="00402B82" w:rsidRPr="00522117" w:rsidRDefault="00DE4345" w:rsidP="002B6686">
            <w:pPr>
              <w:spacing w:after="0"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.......................................................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br/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ටෙන්ඩර්කරුගේ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 xml:space="preserve"> </w:t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අත්සන</w:t>
            </w:r>
          </w:p>
        </w:tc>
        <w:tc>
          <w:tcPr>
            <w:tcW w:w="4810" w:type="dxa"/>
          </w:tcPr>
          <w:p w14:paraId="5E9E903E" w14:textId="77777777" w:rsidR="00402B82" w:rsidRPr="00DE1F83" w:rsidRDefault="00DE4345" w:rsidP="002B6686">
            <w:pPr>
              <w:spacing w:after="0"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t>.......................................................</w:t>
            </w:r>
            <w:r w:rsidRPr="00522117">
              <w:rPr>
                <w:rFonts w:asciiTheme="minorBidi" w:hAnsiTheme="minorBidi"/>
                <w:color w:val="auto"/>
                <w:sz w:val="24"/>
                <w:szCs w:val="24"/>
              </w:rPr>
              <w:br/>
            </w:r>
            <w:r w:rsidRPr="00522117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දිනය</w:t>
            </w:r>
            <w:bookmarkStart w:id="16" w:name="_GoBack"/>
            <w:bookmarkEnd w:id="16"/>
          </w:p>
        </w:tc>
      </w:tr>
      <w:tr w:rsidR="00402B82" w:rsidRPr="00DE1F83" w14:paraId="4F51BDAD" w14:textId="77777777">
        <w:trPr>
          <w:jc w:val="center"/>
        </w:trPr>
        <w:tc>
          <w:tcPr>
            <w:tcW w:w="4802" w:type="dxa"/>
          </w:tcPr>
          <w:p w14:paraId="068942BF" w14:textId="77777777" w:rsidR="00402B82" w:rsidRPr="00DE1F83" w:rsidRDefault="00402B82" w:rsidP="002B6686">
            <w:pPr>
              <w:spacing w:after="0"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  <w:tc>
          <w:tcPr>
            <w:tcW w:w="4802" w:type="dxa"/>
          </w:tcPr>
          <w:p w14:paraId="5AD24299" w14:textId="77777777" w:rsidR="00402B82" w:rsidRPr="00DE1F83" w:rsidRDefault="00402B82" w:rsidP="002B6686">
            <w:pPr>
              <w:spacing w:after="0" w:line="259" w:lineRule="auto"/>
              <w:jc w:val="both"/>
              <w:rPr>
                <w:rFonts w:asciiTheme="minorBidi" w:hAnsiTheme="minorBidi"/>
                <w:color w:val="auto"/>
                <w:sz w:val="24"/>
                <w:szCs w:val="24"/>
              </w:rPr>
            </w:pPr>
          </w:p>
        </w:tc>
      </w:tr>
    </w:tbl>
    <w:p w14:paraId="0DE66460" w14:textId="77777777" w:rsidR="00DE4345" w:rsidRPr="00DE1F83" w:rsidRDefault="00DE4345" w:rsidP="002B6686">
      <w:pPr>
        <w:spacing w:after="0" w:line="259" w:lineRule="auto"/>
        <w:jc w:val="both"/>
        <w:rPr>
          <w:rFonts w:asciiTheme="minorBidi" w:hAnsiTheme="minorBidi"/>
          <w:color w:val="auto"/>
          <w:sz w:val="24"/>
          <w:szCs w:val="24"/>
        </w:rPr>
      </w:pPr>
    </w:p>
    <w:sectPr w:rsidR="00DE4345" w:rsidRPr="00DE1F83" w:rsidSect="00D429BC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85F4DA2"/>
    <w:multiLevelType w:val="hybridMultilevel"/>
    <w:tmpl w:val="2924CB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8A6291"/>
    <w:multiLevelType w:val="hybridMultilevel"/>
    <w:tmpl w:val="5D12D172"/>
    <w:lvl w:ilvl="0" w:tplc="5176A55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361752E"/>
    <w:multiLevelType w:val="hybridMultilevel"/>
    <w:tmpl w:val="681C92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F232F"/>
    <w:multiLevelType w:val="hybridMultilevel"/>
    <w:tmpl w:val="0EA674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54A1304"/>
    <w:multiLevelType w:val="hybridMultilevel"/>
    <w:tmpl w:val="73C4C76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F015EB"/>
    <w:multiLevelType w:val="hybridMultilevel"/>
    <w:tmpl w:val="350A1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C1EA4"/>
    <w:multiLevelType w:val="hybridMultilevel"/>
    <w:tmpl w:val="DC58CAAC"/>
    <w:lvl w:ilvl="0" w:tplc="5DF03D58">
      <w:start w:val="1"/>
      <w:numFmt w:val="decimalZero"/>
      <w:lvlText w:val="%1."/>
      <w:lvlJc w:val="left"/>
      <w:pPr>
        <w:ind w:left="732" w:hanging="372"/>
      </w:pPr>
      <w:rPr>
        <w:rFonts w:hint="default"/>
        <w:b/>
        <w:color w:val="00336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F44E09"/>
    <w:multiLevelType w:val="hybridMultilevel"/>
    <w:tmpl w:val="FE3AC1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27B3084"/>
    <w:multiLevelType w:val="hybridMultilevel"/>
    <w:tmpl w:val="7676F1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D8415AB"/>
    <w:multiLevelType w:val="hybridMultilevel"/>
    <w:tmpl w:val="EF3A15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5"/>
  </w:num>
  <w:num w:numId="12">
    <w:abstractNumId w:val="10"/>
  </w:num>
  <w:num w:numId="13">
    <w:abstractNumId w:val="14"/>
  </w:num>
  <w:num w:numId="14">
    <w:abstractNumId w:val="12"/>
  </w:num>
  <w:num w:numId="15">
    <w:abstractNumId w:val="18"/>
  </w:num>
  <w:num w:numId="16">
    <w:abstractNumId w:val="11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4748"/>
    <w:rsid w:val="0006063C"/>
    <w:rsid w:val="000A706C"/>
    <w:rsid w:val="001035EF"/>
    <w:rsid w:val="0010511C"/>
    <w:rsid w:val="00105311"/>
    <w:rsid w:val="0015074B"/>
    <w:rsid w:val="001D0FED"/>
    <w:rsid w:val="0029639D"/>
    <w:rsid w:val="002B6686"/>
    <w:rsid w:val="002C6463"/>
    <w:rsid w:val="002F260F"/>
    <w:rsid w:val="00326F90"/>
    <w:rsid w:val="00341DDC"/>
    <w:rsid w:val="00360A4B"/>
    <w:rsid w:val="003F54EA"/>
    <w:rsid w:val="00402B82"/>
    <w:rsid w:val="00456EEA"/>
    <w:rsid w:val="00522117"/>
    <w:rsid w:val="00536F88"/>
    <w:rsid w:val="00550E6D"/>
    <w:rsid w:val="00583626"/>
    <w:rsid w:val="005A2344"/>
    <w:rsid w:val="005B22B2"/>
    <w:rsid w:val="005D0020"/>
    <w:rsid w:val="005F5837"/>
    <w:rsid w:val="006169F3"/>
    <w:rsid w:val="00756C2A"/>
    <w:rsid w:val="007A0753"/>
    <w:rsid w:val="007D3D34"/>
    <w:rsid w:val="008471E2"/>
    <w:rsid w:val="008840F7"/>
    <w:rsid w:val="008857AD"/>
    <w:rsid w:val="008B6F09"/>
    <w:rsid w:val="00916C42"/>
    <w:rsid w:val="009178F7"/>
    <w:rsid w:val="009F2F23"/>
    <w:rsid w:val="00A54E38"/>
    <w:rsid w:val="00A94EDC"/>
    <w:rsid w:val="00AA1D8D"/>
    <w:rsid w:val="00B47730"/>
    <w:rsid w:val="00B6194A"/>
    <w:rsid w:val="00B942D7"/>
    <w:rsid w:val="00CB0664"/>
    <w:rsid w:val="00CD0B2F"/>
    <w:rsid w:val="00CE37A3"/>
    <w:rsid w:val="00D269DA"/>
    <w:rsid w:val="00D429BC"/>
    <w:rsid w:val="00D83B6D"/>
    <w:rsid w:val="00DE1F83"/>
    <w:rsid w:val="00DE4345"/>
    <w:rsid w:val="00E51966"/>
    <w:rsid w:val="00E6758F"/>
    <w:rsid w:val="00EA5FF8"/>
    <w:rsid w:val="00F51830"/>
    <w:rsid w:val="00FA4F2F"/>
    <w:rsid w:val="00FC693F"/>
    <w:rsid w:val="00FD065E"/>
    <w:rsid w:val="00FD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5150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skoola Pota" w:hAnsi="Iskoola Pota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F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F23"/>
    <w:rPr>
      <w:rFonts w:ascii="Segoe UI" w:hAnsi="Segoe UI" w:cs="Segoe UI"/>
      <w:color w:val="22222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skoola Pota" w:hAnsi="Iskoola Pota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F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F23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8C7FCF-B462-4294-A135-7A79D4FCC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1726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General Admin</cp:lastModifiedBy>
  <cp:revision>9</cp:revision>
  <cp:lastPrinted>2026-09-04T06:37:00Z</cp:lastPrinted>
  <dcterms:created xsi:type="dcterms:W3CDTF">2026-09-02T05:47:00Z</dcterms:created>
  <dcterms:modified xsi:type="dcterms:W3CDTF">2026-09-04T06:42:00Z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41d6a865-422f-4805-85f3-9f894445fc24</vt:lpwstr>
  </property>
</Properties>
</file>