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050" w:rsidRPr="00D62D9F" w:rsidRDefault="00DB27E7" w:rsidP="00F97BC1">
      <w:pPr>
        <w:spacing w:after="0" w:line="259" w:lineRule="auto"/>
        <w:jc w:val="center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 w:cs="Iskoola Pota"/>
          <w:b/>
          <w:bCs/>
          <w:sz w:val="24"/>
          <w:szCs w:val="24"/>
          <w:cs/>
          <w:lang w:bidi="si-LK"/>
        </w:rPr>
        <w:t>ඌව</w:t>
      </w:r>
      <w:r w:rsidRPr="00D62D9F">
        <w:rPr>
          <w:rFonts w:asciiTheme="minorBidi" w:hAnsiTheme="minorBidi"/>
          <w:b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b/>
          <w:bCs/>
          <w:sz w:val="24"/>
          <w:szCs w:val="24"/>
          <w:cs/>
          <w:lang w:bidi="si-LK"/>
        </w:rPr>
        <w:t>වෙල්ලස්ස</w:t>
      </w:r>
      <w:r w:rsidRPr="00D62D9F">
        <w:rPr>
          <w:rFonts w:asciiTheme="minorBidi" w:hAnsiTheme="minorBidi"/>
          <w:b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b/>
          <w:bCs/>
          <w:sz w:val="24"/>
          <w:szCs w:val="24"/>
          <w:cs/>
          <w:lang w:bidi="si-LK"/>
        </w:rPr>
        <w:t>විශ්වවිද්</w:t>
      </w:r>
      <w:r w:rsidRPr="00D62D9F">
        <w:rPr>
          <w:rFonts w:asciiTheme="minorBidi" w:hAnsiTheme="minorBidi"/>
          <w:b/>
          <w:sz w:val="24"/>
          <w:szCs w:val="24"/>
        </w:rPr>
        <w:t>‍</w:t>
      </w:r>
      <w:r w:rsidRPr="00D62D9F">
        <w:rPr>
          <w:rFonts w:asciiTheme="minorBidi" w:hAnsiTheme="minorBidi" w:cs="Iskoola Pota"/>
          <w:b/>
          <w:bCs/>
          <w:sz w:val="24"/>
          <w:szCs w:val="24"/>
          <w:cs/>
          <w:lang w:bidi="si-LK"/>
        </w:rPr>
        <w:t>යාලය</w:t>
      </w:r>
      <w:r w:rsidRPr="00D62D9F">
        <w:rPr>
          <w:rFonts w:asciiTheme="minorBidi" w:hAnsiTheme="minorBidi"/>
          <w:b/>
          <w:sz w:val="24"/>
          <w:szCs w:val="24"/>
        </w:rPr>
        <w:br/>
      </w:r>
      <w:r w:rsidRPr="00D62D9F">
        <w:rPr>
          <w:rFonts w:asciiTheme="minorBidi" w:hAnsiTheme="minorBidi" w:cs="Iskoola Pota"/>
          <w:b/>
          <w:bCs/>
          <w:sz w:val="24"/>
          <w:szCs w:val="24"/>
          <w:cs/>
          <w:lang w:bidi="si-LK"/>
        </w:rPr>
        <w:t>බදුල්ල</w:t>
      </w:r>
      <w:r w:rsidRPr="00D62D9F">
        <w:rPr>
          <w:rFonts w:asciiTheme="minorBidi" w:hAnsiTheme="minorBidi"/>
          <w:b/>
          <w:sz w:val="24"/>
          <w:szCs w:val="24"/>
        </w:rPr>
        <w:br/>
      </w:r>
      <w:r w:rsidRPr="00D62D9F">
        <w:rPr>
          <w:rFonts w:asciiTheme="minorBidi" w:hAnsiTheme="minorBidi"/>
          <w:b/>
          <w:sz w:val="24"/>
          <w:szCs w:val="24"/>
        </w:rPr>
        <w:br/>
      </w:r>
      <w:r w:rsidRPr="00D62D9F">
        <w:rPr>
          <w:rFonts w:asciiTheme="minorBidi" w:hAnsiTheme="minorBidi" w:cs="Iskoola Pota"/>
          <w:b/>
          <w:bCs/>
          <w:sz w:val="24"/>
          <w:szCs w:val="24"/>
          <w:cs/>
          <w:lang w:bidi="si-LK"/>
        </w:rPr>
        <w:t>ටෙන්ඩර්</w:t>
      </w:r>
      <w:r w:rsidRPr="00D62D9F">
        <w:rPr>
          <w:rFonts w:asciiTheme="minorBidi" w:hAnsiTheme="minorBidi"/>
          <w:b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b/>
          <w:bCs/>
          <w:sz w:val="24"/>
          <w:szCs w:val="24"/>
          <w:cs/>
          <w:lang w:bidi="si-LK"/>
        </w:rPr>
        <w:t>පත්</w:t>
      </w:r>
      <w:r w:rsidRPr="00D62D9F">
        <w:rPr>
          <w:rFonts w:asciiTheme="minorBidi" w:hAnsiTheme="minorBidi"/>
          <w:b/>
          <w:sz w:val="24"/>
          <w:szCs w:val="24"/>
        </w:rPr>
        <w:t>‍</w:t>
      </w:r>
      <w:r w:rsidRPr="00D62D9F">
        <w:rPr>
          <w:rFonts w:asciiTheme="minorBidi" w:hAnsiTheme="minorBidi" w:cs="Iskoola Pota"/>
          <w:b/>
          <w:bCs/>
          <w:sz w:val="24"/>
          <w:szCs w:val="24"/>
          <w:cs/>
          <w:lang w:bidi="si-LK"/>
        </w:rPr>
        <w:t>රිකාව</w:t>
      </w:r>
      <w:r w:rsidRPr="00D62D9F">
        <w:rPr>
          <w:rFonts w:asciiTheme="minorBidi" w:hAnsiTheme="minorBidi"/>
          <w:b/>
          <w:sz w:val="24"/>
          <w:szCs w:val="24"/>
        </w:rPr>
        <w:br/>
      </w:r>
      <w:r w:rsidRPr="00D62D9F">
        <w:rPr>
          <w:rFonts w:asciiTheme="minorBidi" w:hAnsiTheme="minorBidi" w:cs="Iskoola Pota"/>
          <w:b/>
          <w:bCs/>
          <w:sz w:val="24"/>
          <w:szCs w:val="24"/>
          <w:cs/>
          <w:lang w:bidi="si-LK"/>
        </w:rPr>
        <w:t>ටෙන්ඩර්</w:t>
      </w:r>
      <w:r w:rsidRPr="00D62D9F">
        <w:rPr>
          <w:rFonts w:asciiTheme="minorBidi" w:hAnsiTheme="minorBidi"/>
          <w:b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b/>
          <w:bCs/>
          <w:sz w:val="24"/>
          <w:szCs w:val="24"/>
          <w:cs/>
          <w:lang w:bidi="si-LK"/>
        </w:rPr>
        <w:t>අංකය</w:t>
      </w:r>
      <w:r w:rsidR="00A83B4F" w:rsidRPr="00D62D9F">
        <w:rPr>
          <w:rFonts w:asciiTheme="minorBidi" w:hAnsiTheme="minorBidi"/>
          <w:b/>
          <w:sz w:val="24"/>
          <w:szCs w:val="24"/>
        </w:rPr>
        <w:t xml:space="preserve"> – UWU/GA/NCB/2026/26</w:t>
      </w:r>
    </w:p>
    <w:p w:rsidR="00ED7282" w:rsidRPr="00D62D9F" w:rsidRDefault="00ED7282" w:rsidP="00F97BC1">
      <w:pPr>
        <w:spacing w:after="0" w:line="259" w:lineRule="auto"/>
        <w:jc w:val="both"/>
        <w:rPr>
          <w:rFonts w:asciiTheme="minorBidi" w:hAnsiTheme="minorBidi"/>
          <w:b/>
          <w:sz w:val="24"/>
          <w:szCs w:val="24"/>
        </w:rPr>
      </w:pPr>
    </w:p>
    <w:p w:rsidR="001F5050" w:rsidRPr="00D62D9F" w:rsidRDefault="00DB27E7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 w:cs="Iskoola Pota"/>
          <w:b/>
          <w:bCs/>
          <w:sz w:val="24"/>
          <w:szCs w:val="24"/>
          <w:cs/>
          <w:lang w:bidi="si-LK"/>
        </w:rPr>
        <w:t>මාසික</w:t>
      </w:r>
      <w:r w:rsidRPr="00D62D9F">
        <w:rPr>
          <w:rFonts w:asciiTheme="minorBidi" w:hAnsiTheme="minorBidi"/>
          <w:b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b/>
          <w:bCs/>
          <w:sz w:val="24"/>
          <w:szCs w:val="24"/>
          <w:cs/>
          <w:lang w:bidi="si-LK"/>
        </w:rPr>
        <w:t>කුලී</w:t>
      </w:r>
      <w:r w:rsidRPr="00D62D9F">
        <w:rPr>
          <w:rFonts w:asciiTheme="minorBidi" w:hAnsiTheme="minorBidi"/>
          <w:b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b/>
          <w:bCs/>
          <w:sz w:val="24"/>
          <w:szCs w:val="24"/>
          <w:cs/>
          <w:lang w:bidi="si-LK"/>
        </w:rPr>
        <w:t>පදනම</w:t>
      </w:r>
      <w:r w:rsidRPr="00D62D9F">
        <w:rPr>
          <w:rFonts w:asciiTheme="minorBidi" w:hAnsiTheme="minorBidi"/>
          <w:b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b/>
          <w:bCs/>
          <w:sz w:val="24"/>
          <w:szCs w:val="24"/>
          <w:cs/>
          <w:lang w:bidi="si-LK"/>
        </w:rPr>
        <w:t>මත</w:t>
      </w:r>
      <w:r w:rsidRPr="00D62D9F">
        <w:rPr>
          <w:rFonts w:asciiTheme="minorBidi" w:hAnsiTheme="minorBidi"/>
          <w:b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b/>
          <w:bCs/>
          <w:sz w:val="24"/>
          <w:szCs w:val="24"/>
          <w:cs/>
          <w:lang w:bidi="si-LK"/>
        </w:rPr>
        <w:t>වසරක්</w:t>
      </w:r>
      <w:r w:rsidRPr="00D62D9F">
        <w:rPr>
          <w:rFonts w:asciiTheme="minorBidi" w:hAnsiTheme="minorBidi"/>
          <w:b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b/>
          <w:bCs/>
          <w:sz w:val="24"/>
          <w:szCs w:val="24"/>
          <w:cs/>
          <w:lang w:bidi="si-LK"/>
        </w:rPr>
        <w:t>සඳහා</w:t>
      </w:r>
      <w:r w:rsidRPr="00D62D9F">
        <w:rPr>
          <w:rFonts w:asciiTheme="minorBidi" w:hAnsiTheme="minorBidi"/>
          <w:b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b/>
          <w:bCs/>
          <w:sz w:val="24"/>
          <w:szCs w:val="24"/>
          <w:cs/>
          <w:lang w:bidi="si-LK"/>
        </w:rPr>
        <w:t>වාහන</w:t>
      </w:r>
      <w:r w:rsidRPr="00D62D9F">
        <w:rPr>
          <w:rFonts w:asciiTheme="minorBidi" w:hAnsiTheme="minorBidi"/>
          <w:b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b/>
          <w:bCs/>
          <w:sz w:val="24"/>
          <w:szCs w:val="24"/>
          <w:cs/>
          <w:lang w:bidi="si-LK"/>
        </w:rPr>
        <w:t>ලබා</w:t>
      </w:r>
      <w:r w:rsidRPr="00D62D9F">
        <w:rPr>
          <w:rFonts w:asciiTheme="minorBidi" w:hAnsiTheme="minorBidi"/>
          <w:b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b/>
          <w:bCs/>
          <w:sz w:val="24"/>
          <w:szCs w:val="24"/>
          <w:cs/>
          <w:lang w:bidi="si-LK"/>
        </w:rPr>
        <w:t>ගැනීම</w:t>
      </w:r>
    </w:p>
    <w:p w:rsidR="00ED7282" w:rsidRPr="00D62D9F" w:rsidRDefault="00ED7282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1F5050" w:rsidRPr="00D62D9F" w:rsidRDefault="00DB27E7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ඌව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වෙල්ලස්ස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විශ්වවිද්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යාලයේ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භාවිතය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සඳහා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මාසික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කුලී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පදනම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වසර</w:t>
      </w:r>
      <w:r w:rsidRPr="00D62D9F">
        <w:rPr>
          <w:rFonts w:asciiTheme="minorBidi" w:hAnsiTheme="minorBidi"/>
          <w:sz w:val="24"/>
          <w:szCs w:val="24"/>
        </w:rPr>
        <w:t xml:space="preserve"> 01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කාලයක්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සඳහා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පහත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සඳහන්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ලබා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ගැනීම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සඳහා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කැඳවනු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ලැබේ</w:t>
      </w:r>
      <w:r w:rsidRPr="00D62D9F">
        <w:rPr>
          <w:rFonts w:asciiTheme="minorBidi" w:hAnsiTheme="minorBidi"/>
          <w:sz w:val="24"/>
          <w:szCs w:val="24"/>
        </w:rPr>
        <w:t>.</w:t>
      </w:r>
    </w:p>
    <w:p w:rsidR="00763A52" w:rsidRPr="00D62D9F" w:rsidRDefault="00763A52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1872"/>
        <w:gridCol w:w="3168"/>
        <w:gridCol w:w="2016"/>
        <w:gridCol w:w="1296"/>
        <w:gridCol w:w="1008"/>
      </w:tblGrid>
      <w:tr w:rsidR="001358EC" w:rsidRPr="00D62D9F" w:rsidTr="001358EC">
        <w:tc>
          <w:tcPr>
            <w:tcW w:w="1872" w:type="dxa"/>
          </w:tcPr>
          <w:p w:rsidR="001358EC" w:rsidRPr="00D62D9F" w:rsidRDefault="001358EC" w:rsidP="0042587B">
            <w:pPr>
              <w:spacing w:line="259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62D9F">
              <w:rPr>
                <w:rFonts w:asciiTheme="minorBidi" w:hAnsiTheme="minorBidi" w:cs="Iskoola Pota" w:hint="cs"/>
                <w:b/>
                <w:bCs/>
                <w:sz w:val="24"/>
                <w:szCs w:val="24"/>
                <w:cs/>
                <w:lang w:bidi="si-LK"/>
              </w:rPr>
              <w:t>රථ</w:t>
            </w:r>
            <w:r w:rsidRPr="00D62D9F">
              <w:rPr>
                <w:rFonts w:asciiTheme="minorBidi" w:hAnsiTheme="minorBidi" w:cs="Iskoola Pota"/>
                <w:b/>
                <w:bCs/>
                <w:sz w:val="24"/>
                <w:szCs w:val="24"/>
                <w:cs/>
                <w:lang w:bidi="si-LK"/>
              </w:rPr>
              <w:t xml:space="preserve"> </w:t>
            </w:r>
            <w:r w:rsidRPr="00D62D9F">
              <w:rPr>
                <w:rFonts w:asciiTheme="minorBidi" w:hAnsiTheme="minorBidi" w:cs="Iskoola Pota" w:hint="cs"/>
                <w:b/>
                <w:bCs/>
                <w:sz w:val="24"/>
                <w:szCs w:val="24"/>
                <w:cs/>
                <w:lang w:bidi="si-LK"/>
              </w:rPr>
              <w:t>මාදිලිය</w:t>
            </w:r>
          </w:p>
        </w:tc>
        <w:tc>
          <w:tcPr>
            <w:tcW w:w="3168" w:type="dxa"/>
          </w:tcPr>
          <w:p w:rsidR="001358EC" w:rsidRPr="00D62D9F" w:rsidRDefault="001358EC" w:rsidP="0042587B">
            <w:pPr>
              <w:spacing w:line="259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62D9F">
              <w:rPr>
                <w:rFonts w:asciiTheme="minorBidi" w:hAnsiTheme="minorBidi" w:cs="Iskoola Pota" w:hint="cs"/>
                <w:b/>
                <w:bCs/>
                <w:sz w:val="24"/>
                <w:szCs w:val="24"/>
                <w:cs/>
                <w:lang w:bidi="si-LK"/>
              </w:rPr>
              <w:t>එන්ජින්</w:t>
            </w:r>
            <w:r w:rsidRPr="00D62D9F">
              <w:rPr>
                <w:rFonts w:asciiTheme="minorBidi" w:hAnsiTheme="minorBidi" w:cs="Iskoola Pota"/>
                <w:b/>
                <w:bCs/>
                <w:sz w:val="24"/>
                <w:szCs w:val="24"/>
                <w:cs/>
                <w:lang w:bidi="si-LK"/>
              </w:rPr>
              <w:t xml:space="preserve"> </w:t>
            </w:r>
            <w:r w:rsidRPr="00D62D9F">
              <w:rPr>
                <w:rFonts w:asciiTheme="minorBidi" w:hAnsiTheme="minorBidi" w:cs="Iskoola Pota" w:hint="cs"/>
                <w:b/>
                <w:bCs/>
                <w:sz w:val="24"/>
                <w:szCs w:val="24"/>
                <w:cs/>
                <w:lang w:bidi="si-LK"/>
              </w:rPr>
              <w:t>ධාරිතාව</w:t>
            </w:r>
            <w:r w:rsidRPr="00D62D9F">
              <w:rPr>
                <w:rFonts w:asciiTheme="minorBidi" w:hAnsiTheme="minorBidi" w:cs="Iskoola Pota"/>
                <w:b/>
                <w:bCs/>
                <w:sz w:val="24"/>
                <w:szCs w:val="24"/>
                <w:cs/>
                <w:lang w:bidi="si-LK"/>
              </w:rPr>
              <w:t xml:space="preserve"> </w:t>
            </w:r>
            <w:r w:rsidRPr="00D62D9F">
              <w:rPr>
                <w:rFonts w:asciiTheme="minorBidi" w:hAnsiTheme="minorBidi" w:cs="Iskoola Pota" w:hint="cs"/>
                <w:b/>
                <w:bCs/>
                <w:sz w:val="24"/>
                <w:szCs w:val="24"/>
                <w:cs/>
                <w:lang w:bidi="si-LK"/>
              </w:rPr>
              <w:t>සහ</w:t>
            </w:r>
            <w:r w:rsidRPr="00D62D9F">
              <w:rPr>
                <w:rFonts w:asciiTheme="minorBidi" w:hAnsiTheme="minorBidi" w:cs="Iskoola Pota"/>
                <w:b/>
                <w:bCs/>
                <w:sz w:val="24"/>
                <w:szCs w:val="24"/>
                <w:cs/>
                <w:lang w:bidi="si-LK"/>
              </w:rPr>
              <w:t xml:space="preserve"> </w:t>
            </w:r>
            <w:r w:rsidRPr="00D62D9F">
              <w:rPr>
                <w:rFonts w:asciiTheme="minorBidi" w:hAnsiTheme="minorBidi" w:cs="Iskoola Pota" w:hint="cs"/>
                <w:b/>
                <w:bCs/>
                <w:sz w:val="24"/>
                <w:szCs w:val="24"/>
                <w:cs/>
                <w:lang w:bidi="si-LK"/>
              </w:rPr>
              <w:t>තාක්ෂණික</w:t>
            </w:r>
            <w:r w:rsidRPr="00D62D9F">
              <w:rPr>
                <w:rFonts w:asciiTheme="minorBidi" w:hAnsiTheme="minorBidi" w:cs="Iskoola Pota"/>
                <w:b/>
                <w:bCs/>
                <w:sz w:val="24"/>
                <w:szCs w:val="24"/>
                <w:cs/>
                <w:lang w:bidi="si-LK"/>
              </w:rPr>
              <w:t xml:space="preserve"> </w:t>
            </w:r>
            <w:r w:rsidRPr="00D62D9F">
              <w:rPr>
                <w:rFonts w:asciiTheme="minorBidi" w:hAnsiTheme="minorBidi" w:cs="Iskoola Pota" w:hint="cs"/>
                <w:b/>
                <w:bCs/>
                <w:sz w:val="24"/>
                <w:szCs w:val="24"/>
                <w:cs/>
                <w:lang w:bidi="si-LK"/>
              </w:rPr>
              <w:t>අවශ්‍යතා</w:t>
            </w:r>
          </w:p>
        </w:tc>
        <w:tc>
          <w:tcPr>
            <w:tcW w:w="2016" w:type="dxa"/>
          </w:tcPr>
          <w:p w:rsidR="001358EC" w:rsidRPr="00D62D9F" w:rsidRDefault="001358EC" w:rsidP="0042587B">
            <w:pPr>
              <w:spacing w:line="259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62D9F">
              <w:rPr>
                <w:rFonts w:asciiTheme="minorBidi" w:hAnsiTheme="minorBidi" w:cs="Iskoola Pota" w:hint="cs"/>
                <w:b/>
                <w:bCs/>
                <w:sz w:val="24"/>
                <w:szCs w:val="24"/>
                <w:cs/>
                <w:lang w:bidi="si-LK"/>
              </w:rPr>
              <w:t>පරිහරණය</w:t>
            </w:r>
            <w:r w:rsidRPr="00D62D9F">
              <w:rPr>
                <w:rFonts w:asciiTheme="minorBidi" w:hAnsiTheme="minorBidi" w:cs="Iskoola Pota"/>
                <w:b/>
                <w:bCs/>
                <w:sz w:val="24"/>
                <w:szCs w:val="24"/>
                <w:cs/>
                <w:lang w:bidi="si-LK"/>
              </w:rPr>
              <w:t xml:space="preserve"> </w:t>
            </w:r>
            <w:r w:rsidRPr="00D62D9F">
              <w:rPr>
                <w:rFonts w:asciiTheme="minorBidi" w:hAnsiTheme="minorBidi" w:cs="Iskoola Pota" w:hint="cs"/>
                <w:b/>
                <w:bCs/>
                <w:sz w:val="24"/>
                <w:szCs w:val="24"/>
                <w:cs/>
                <w:lang w:bidi="si-LK"/>
              </w:rPr>
              <w:t>කරනු</w:t>
            </w:r>
            <w:r w:rsidRPr="00D62D9F">
              <w:rPr>
                <w:rFonts w:asciiTheme="minorBidi" w:hAnsiTheme="minorBidi" w:cs="Iskoola Pota"/>
                <w:b/>
                <w:bCs/>
                <w:sz w:val="24"/>
                <w:szCs w:val="24"/>
                <w:cs/>
                <w:lang w:bidi="si-LK"/>
              </w:rPr>
              <w:t xml:space="preserve"> </w:t>
            </w:r>
            <w:r w:rsidRPr="00D62D9F">
              <w:rPr>
                <w:rFonts w:asciiTheme="minorBidi" w:hAnsiTheme="minorBidi" w:cs="Iskoola Pota" w:hint="cs"/>
                <w:b/>
                <w:bCs/>
                <w:sz w:val="24"/>
                <w:szCs w:val="24"/>
                <w:cs/>
                <w:lang w:bidi="si-LK"/>
              </w:rPr>
              <w:t>ලබන</w:t>
            </w:r>
            <w:r w:rsidRPr="00D62D9F">
              <w:rPr>
                <w:rFonts w:asciiTheme="minorBidi" w:hAnsiTheme="minorBidi" w:cs="Iskoola Pota"/>
                <w:b/>
                <w:bCs/>
                <w:sz w:val="24"/>
                <w:szCs w:val="24"/>
                <w:cs/>
                <w:lang w:bidi="si-LK"/>
              </w:rPr>
              <w:t xml:space="preserve"> </w:t>
            </w:r>
            <w:r w:rsidRPr="00D62D9F">
              <w:rPr>
                <w:rFonts w:asciiTheme="minorBidi" w:hAnsiTheme="minorBidi" w:cs="Iskoola Pota" w:hint="cs"/>
                <w:b/>
                <w:bCs/>
                <w:sz w:val="24"/>
                <w:szCs w:val="24"/>
                <w:cs/>
                <w:lang w:bidi="si-LK"/>
              </w:rPr>
              <w:t>නිලධාරියා</w:t>
            </w:r>
          </w:p>
        </w:tc>
        <w:tc>
          <w:tcPr>
            <w:tcW w:w="1296" w:type="dxa"/>
          </w:tcPr>
          <w:p w:rsidR="001358EC" w:rsidRPr="00D62D9F" w:rsidRDefault="001358EC" w:rsidP="0042587B">
            <w:pPr>
              <w:spacing w:line="259" w:lineRule="auto"/>
              <w:jc w:val="center"/>
              <w:rPr>
                <w:rFonts w:asciiTheme="minorBidi" w:hAnsiTheme="minorBidi" w:cs="Iskoola Pota"/>
                <w:b/>
                <w:bCs/>
                <w:sz w:val="24"/>
                <w:szCs w:val="24"/>
                <w:cs/>
                <w:lang w:bidi="si-LK"/>
              </w:rPr>
            </w:pPr>
            <w:r w:rsidRPr="00D62D9F">
              <w:rPr>
                <w:rFonts w:asciiTheme="minorBidi" w:hAnsiTheme="minorBidi" w:cs="Iskoola Pota" w:hint="cs"/>
                <w:b/>
                <w:bCs/>
                <w:sz w:val="24"/>
                <w:szCs w:val="24"/>
                <w:cs/>
                <w:lang w:bidi="si-LK"/>
              </w:rPr>
              <w:t>අනුමත</w:t>
            </w:r>
            <w:r w:rsidRPr="00D62D9F">
              <w:rPr>
                <w:rFonts w:asciiTheme="minorBidi" w:hAnsiTheme="minorBidi" w:cs="Iskoola Pota"/>
                <w:b/>
                <w:bCs/>
                <w:sz w:val="24"/>
                <w:szCs w:val="24"/>
                <w:cs/>
                <w:lang w:bidi="si-LK"/>
              </w:rPr>
              <w:t xml:space="preserve"> </w:t>
            </w:r>
            <w:r w:rsidRPr="00D62D9F">
              <w:rPr>
                <w:rFonts w:asciiTheme="minorBidi" w:hAnsiTheme="minorBidi" w:cs="Iskoola Pota" w:hint="cs"/>
                <w:b/>
                <w:bCs/>
                <w:sz w:val="24"/>
                <w:szCs w:val="24"/>
                <w:cs/>
                <w:lang w:bidi="si-LK"/>
              </w:rPr>
              <w:t>ධාවන</w:t>
            </w:r>
            <w:r w:rsidRPr="00D62D9F">
              <w:rPr>
                <w:rFonts w:asciiTheme="minorBidi" w:hAnsiTheme="minorBidi" w:cs="Iskoola Pota"/>
                <w:b/>
                <w:bCs/>
                <w:sz w:val="24"/>
                <w:szCs w:val="24"/>
                <w:cs/>
                <w:lang w:bidi="si-LK"/>
              </w:rPr>
              <w:t xml:space="preserve"> </w:t>
            </w:r>
            <w:r w:rsidRPr="00D62D9F">
              <w:rPr>
                <w:rFonts w:asciiTheme="minorBidi" w:hAnsiTheme="minorBidi" w:cs="Iskoola Pota" w:hint="cs"/>
                <w:b/>
                <w:bCs/>
                <w:sz w:val="24"/>
                <w:szCs w:val="24"/>
                <w:cs/>
                <w:lang w:bidi="si-LK"/>
              </w:rPr>
              <w:t>දුර</w:t>
            </w:r>
          </w:p>
        </w:tc>
        <w:tc>
          <w:tcPr>
            <w:tcW w:w="1008" w:type="dxa"/>
          </w:tcPr>
          <w:p w:rsidR="001358EC" w:rsidRPr="00D62D9F" w:rsidRDefault="001358EC" w:rsidP="0042587B">
            <w:pPr>
              <w:spacing w:line="259" w:lineRule="auto"/>
              <w:jc w:val="center"/>
              <w:rPr>
                <w:rFonts w:asciiTheme="minorBidi" w:hAnsiTheme="minorBidi" w:cs="Iskoola Pota"/>
                <w:b/>
                <w:bCs/>
                <w:sz w:val="24"/>
                <w:szCs w:val="24"/>
                <w:cs/>
                <w:lang w:bidi="si-LK"/>
              </w:rPr>
            </w:pPr>
            <w:r w:rsidRPr="00D62D9F">
              <w:rPr>
                <w:rFonts w:asciiTheme="minorBidi" w:hAnsiTheme="minorBidi" w:cs="Iskoola Pota" w:hint="cs"/>
                <w:b/>
                <w:bCs/>
                <w:sz w:val="24"/>
                <w:szCs w:val="24"/>
                <w:cs/>
                <w:lang w:bidi="si-LK"/>
              </w:rPr>
              <w:t>රථ</w:t>
            </w:r>
            <w:r w:rsidRPr="00D62D9F">
              <w:rPr>
                <w:rFonts w:asciiTheme="minorBidi" w:hAnsiTheme="minorBidi" w:cs="Iskoola Pota"/>
                <w:b/>
                <w:bCs/>
                <w:sz w:val="24"/>
                <w:szCs w:val="24"/>
                <w:cs/>
                <w:lang w:bidi="si-LK"/>
              </w:rPr>
              <w:t xml:space="preserve"> </w:t>
            </w:r>
            <w:r w:rsidRPr="00D62D9F">
              <w:rPr>
                <w:rFonts w:asciiTheme="minorBidi" w:hAnsiTheme="minorBidi" w:cs="Iskoola Pota" w:hint="cs"/>
                <w:b/>
                <w:bCs/>
                <w:sz w:val="24"/>
                <w:szCs w:val="24"/>
                <w:cs/>
                <w:lang w:bidi="si-LK"/>
              </w:rPr>
              <w:t>සංඛ්‍යාව</w:t>
            </w:r>
          </w:p>
        </w:tc>
      </w:tr>
      <w:tr w:rsidR="001358EC" w:rsidRPr="00D62D9F" w:rsidTr="001358EC">
        <w:tc>
          <w:tcPr>
            <w:tcW w:w="1872" w:type="dxa"/>
          </w:tcPr>
          <w:p w:rsidR="001358EC" w:rsidRPr="00D62D9F" w:rsidRDefault="001358EC" w:rsidP="0042587B">
            <w:pPr>
              <w:pStyle w:val="ListParagraph"/>
              <w:numPr>
                <w:ilvl w:val="0"/>
                <w:numId w:val="21"/>
              </w:num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/>
                <w:sz w:val="24"/>
                <w:szCs w:val="24"/>
              </w:rPr>
              <w:t xml:space="preserve">Sedan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මෝටර්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රථය</w:t>
            </w:r>
          </w:p>
        </w:tc>
        <w:tc>
          <w:tcPr>
            <w:tcW w:w="3168" w:type="dxa"/>
          </w:tcPr>
          <w:p w:rsidR="001358EC" w:rsidRPr="00D62D9F" w:rsidRDefault="001358EC" w:rsidP="0042587B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/>
                <w:sz w:val="24"/>
                <w:szCs w:val="24"/>
              </w:rPr>
              <w:t>1</w:t>
            </w:r>
            <w:r w:rsidR="00886E96" w:rsidRPr="00D62D9F">
              <w:rPr>
                <w:rFonts w:asciiTheme="minorBidi" w:hAnsiTheme="minorBidi"/>
                <w:sz w:val="24"/>
                <w:szCs w:val="24"/>
              </w:rPr>
              <w:t>49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0 cc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සිට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1600 cc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දක්වා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,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පෙට්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>‍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රල්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හෝ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Hybrid,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වායුසමනය</w:t>
            </w:r>
            <w:r w:rsidR="00B50C72" w:rsidRPr="00D62D9F">
              <w:rPr>
                <w:rFonts w:asciiTheme="minorBidi" w:hAnsiTheme="minorBidi"/>
                <w:sz w:val="24"/>
                <w:szCs w:val="24"/>
              </w:rPr>
              <w:t xml:space="preserve">, </w:t>
            </w:r>
            <w:r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ජපන්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යුරෝපිය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886E96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හෝ</w:t>
            </w:r>
            <w:r w:rsidR="00886E96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886E96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ඊට</w:t>
            </w:r>
            <w:r w:rsidR="00886E96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886E96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වඩා</w:t>
            </w:r>
            <w:r w:rsidR="00886E96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886E96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සමාන</w:t>
            </w:r>
            <w:r w:rsidR="00886E96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886E96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පිළිගත්</w:t>
            </w:r>
            <w:r w:rsidR="00886E96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886E96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නිෂ්පාදන</w:t>
            </w:r>
            <w:r w:rsidR="00886E96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886E96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තත්ත්වයන්ගෙන්</w:t>
            </w:r>
            <w:r w:rsidR="00886E96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886E96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යුත්</w:t>
            </w:r>
            <w:r w:rsidR="00886E96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886E96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වාහනයක්</w:t>
            </w:r>
            <w:r w:rsidR="00886E96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886E96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විය</w:t>
            </w:r>
            <w:r w:rsidR="00886E96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886E96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යුතුයි</w:t>
            </w:r>
            <w:r w:rsidR="00886E96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2016" w:type="dxa"/>
          </w:tcPr>
          <w:p w:rsidR="001358EC" w:rsidRPr="00D62D9F" w:rsidRDefault="001358EC" w:rsidP="0042587B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උපකුලපතිවරයා</w:t>
            </w:r>
          </w:p>
        </w:tc>
        <w:tc>
          <w:tcPr>
            <w:tcW w:w="1296" w:type="dxa"/>
          </w:tcPr>
          <w:p w:rsidR="001358EC" w:rsidRPr="00D62D9F" w:rsidRDefault="001358EC" w:rsidP="005901FB">
            <w:pPr>
              <w:spacing w:line="259" w:lineRule="auto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මසකට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Pr="00D62D9F">
              <w:rPr>
                <w:rFonts w:asciiTheme="minorBidi" w:hAnsiTheme="minorBidi"/>
                <w:sz w:val="24"/>
                <w:szCs w:val="24"/>
              </w:rPr>
              <w:t>3000km</w:t>
            </w:r>
          </w:p>
        </w:tc>
        <w:tc>
          <w:tcPr>
            <w:tcW w:w="1008" w:type="dxa"/>
          </w:tcPr>
          <w:p w:rsidR="001358EC" w:rsidRPr="00D62D9F" w:rsidRDefault="001358EC" w:rsidP="005901FB">
            <w:pPr>
              <w:spacing w:line="259" w:lineRule="auto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/>
                <w:sz w:val="24"/>
                <w:szCs w:val="24"/>
              </w:rPr>
              <w:t>01</w:t>
            </w:r>
          </w:p>
        </w:tc>
      </w:tr>
      <w:tr w:rsidR="001358EC" w:rsidRPr="00D62D9F" w:rsidTr="001358EC">
        <w:tc>
          <w:tcPr>
            <w:tcW w:w="1872" w:type="dxa"/>
          </w:tcPr>
          <w:p w:rsidR="001358EC" w:rsidRPr="00D62D9F" w:rsidRDefault="001358EC" w:rsidP="0042587B">
            <w:pPr>
              <w:pStyle w:val="ListParagraph"/>
              <w:numPr>
                <w:ilvl w:val="0"/>
                <w:numId w:val="21"/>
              </w:num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/>
                <w:sz w:val="24"/>
                <w:szCs w:val="24"/>
              </w:rPr>
              <w:t xml:space="preserve">Sedan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හෝ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SUV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මෝටර්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රථය</w:t>
            </w:r>
          </w:p>
        </w:tc>
        <w:tc>
          <w:tcPr>
            <w:tcW w:w="3168" w:type="dxa"/>
          </w:tcPr>
          <w:p w:rsidR="001358EC" w:rsidRPr="00D62D9F" w:rsidRDefault="001358EC" w:rsidP="0042587B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/>
                <w:sz w:val="24"/>
                <w:szCs w:val="24"/>
              </w:rPr>
              <w:t xml:space="preserve">1490 cc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සිට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1600 cc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දක්වා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,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පෙට්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>‍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රල්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හෝ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Hybrid,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වායුසමනය</w:t>
            </w:r>
            <w:r w:rsidR="00B50C72" w:rsidRPr="00D62D9F">
              <w:rPr>
                <w:rFonts w:asciiTheme="minorBidi" w:hAnsiTheme="minorBidi"/>
                <w:sz w:val="24"/>
                <w:szCs w:val="24"/>
              </w:rPr>
              <w:t>,</w:t>
            </w:r>
            <w:r w:rsidR="00B50C72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 xml:space="preserve"> ජපන්</w:t>
            </w:r>
            <w:r w:rsidR="00B50C72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B50C72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යුරෝපිය</w:t>
            </w:r>
            <w:r w:rsidR="00B50C72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B50C72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හෝ</w:t>
            </w:r>
            <w:r w:rsidR="00B50C72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B50C72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ඊට</w:t>
            </w:r>
            <w:r w:rsidR="00B50C72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B50C72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වඩා</w:t>
            </w:r>
            <w:r w:rsidR="00B50C72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B50C72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සමාන</w:t>
            </w:r>
            <w:r w:rsidR="00B50C72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B50C72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පිළිගත්</w:t>
            </w:r>
            <w:r w:rsidR="00B50C72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B50C72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නිෂ්පාදන</w:t>
            </w:r>
            <w:r w:rsidR="00B50C72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B50C72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තත්ත්වයන්ගෙන්</w:t>
            </w:r>
            <w:r w:rsidR="00B50C72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B50C72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යුත්</w:t>
            </w:r>
            <w:r w:rsidR="00B50C72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B50C72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වාහනයක්</w:t>
            </w:r>
            <w:r w:rsidR="00B50C72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B50C72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විය</w:t>
            </w:r>
            <w:r w:rsidR="00B50C72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="00B50C72"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යුතුයි</w:t>
            </w:r>
            <w:r w:rsidR="00B50C72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2016" w:type="dxa"/>
          </w:tcPr>
          <w:p w:rsidR="001358EC" w:rsidRPr="00D62D9F" w:rsidRDefault="001358EC" w:rsidP="0042587B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පීඨාධිපති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/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කළමනාකරණ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පීඨය</w:t>
            </w:r>
          </w:p>
        </w:tc>
        <w:tc>
          <w:tcPr>
            <w:tcW w:w="1296" w:type="dxa"/>
          </w:tcPr>
          <w:p w:rsidR="001358EC" w:rsidRPr="00D62D9F" w:rsidRDefault="001358EC" w:rsidP="005901FB">
            <w:pPr>
              <w:spacing w:line="259" w:lineRule="auto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 w:hint="cs"/>
                <w:sz w:val="24"/>
                <w:szCs w:val="24"/>
                <w:cs/>
                <w:lang w:bidi="si-LK"/>
              </w:rPr>
              <w:t>මසකට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 xml:space="preserve"> </w:t>
            </w:r>
            <w:r w:rsidRPr="00D62D9F">
              <w:rPr>
                <w:rFonts w:asciiTheme="minorBidi" w:hAnsiTheme="minorBidi"/>
                <w:sz w:val="24"/>
                <w:szCs w:val="24"/>
              </w:rPr>
              <w:t>2000km</w:t>
            </w:r>
          </w:p>
        </w:tc>
        <w:tc>
          <w:tcPr>
            <w:tcW w:w="1008" w:type="dxa"/>
          </w:tcPr>
          <w:p w:rsidR="001358EC" w:rsidRPr="00D62D9F" w:rsidRDefault="001358EC" w:rsidP="005901FB">
            <w:pPr>
              <w:spacing w:line="259" w:lineRule="auto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/>
                <w:sz w:val="24"/>
                <w:szCs w:val="24"/>
              </w:rPr>
              <w:t>01</w:t>
            </w:r>
          </w:p>
        </w:tc>
      </w:tr>
    </w:tbl>
    <w:p w:rsidR="00ED7282" w:rsidRPr="00D62D9F" w:rsidRDefault="00ED7282" w:rsidP="00F97BC1">
      <w:pPr>
        <w:pStyle w:val="Heading1"/>
        <w:spacing w:before="0" w:line="259" w:lineRule="auto"/>
        <w:jc w:val="both"/>
        <w:rPr>
          <w:rFonts w:asciiTheme="minorBidi" w:hAnsiTheme="minorBidi" w:cstheme="minorBidi"/>
          <w:color w:val="auto"/>
          <w:sz w:val="24"/>
          <w:szCs w:val="24"/>
        </w:rPr>
      </w:pPr>
    </w:p>
    <w:p w:rsidR="001F5050" w:rsidRPr="00D62D9F" w:rsidRDefault="00DB27E7" w:rsidP="00F97BC1">
      <w:pPr>
        <w:pStyle w:val="Heading1"/>
        <w:spacing w:before="0" w:line="259" w:lineRule="auto"/>
        <w:jc w:val="both"/>
        <w:rPr>
          <w:rFonts w:asciiTheme="minorBidi" w:hAnsiTheme="minorBidi" w:cstheme="minorBidi"/>
          <w:color w:val="auto"/>
          <w:sz w:val="24"/>
          <w:szCs w:val="24"/>
        </w:rPr>
      </w:pPr>
      <w:r w:rsidRPr="00D62D9F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ටෙන්ඩරය</w:t>
      </w:r>
      <w:r w:rsidRPr="00D62D9F">
        <w:rPr>
          <w:rFonts w:asciiTheme="minorBidi" w:hAnsiTheme="minorBidi" w:cstheme="minorBidi"/>
          <w:color w:val="auto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සඳහා</w:t>
      </w:r>
      <w:r w:rsidRPr="00D62D9F">
        <w:rPr>
          <w:rFonts w:asciiTheme="minorBidi" w:hAnsiTheme="minorBidi" w:cstheme="minorBidi"/>
          <w:color w:val="auto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වන</w:t>
      </w:r>
      <w:r w:rsidRPr="00D62D9F">
        <w:rPr>
          <w:rFonts w:asciiTheme="minorBidi" w:hAnsiTheme="minorBidi" w:cstheme="minorBidi"/>
          <w:color w:val="auto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කොන්දේසි</w:t>
      </w:r>
    </w:p>
    <w:p w:rsidR="001F5050" w:rsidRPr="00D62D9F" w:rsidRDefault="00DB27E7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රදානය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දින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සිට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වසර</w:t>
      </w:r>
      <w:r w:rsidRPr="00D62D9F">
        <w:rPr>
          <w:rFonts w:asciiTheme="minorBidi" w:hAnsiTheme="minorBidi"/>
          <w:sz w:val="24"/>
          <w:szCs w:val="24"/>
        </w:rPr>
        <w:t xml:space="preserve"> 01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කාලයක්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සඳහා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bookmarkStart w:id="0" w:name="_Hlk238317301"/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ඉහත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සඳහන්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bookmarkEnd w:id="0"/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සැපයිය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="00564370" w:rsidRPr="00D62D9F">
        <w:rPr>
          <w:rFonts w:asciiTheme="minorBidi" w:hAnsiTheme="minorBidi" w:cs="Iskoola Pota"/>
          <w:sz w:val="24"/>
          <w:szCs w:val="24"/>
          <w:cs/>
          <w:lang w:bidi="si-LK"/>
        </w:rPr>
        <w:t>හැකි</w:t>
      </w:r>
      <w:r w:rsidR="00564370" w:rsidRPr="00D62D9F">
        <w:rPr>
          <w:rFonts w:asciiTheme="minorBidi" w:hAnsiTheme="minorBidi"/>
          <w:sz w:val="24"/>
          <w:szCs w:val="24"/>
        </w:rPr>
        <w:t xml:space="preserve"> </w:t>
      </w:r>
      <w:r w:rsidR="00564370" w:rsidRPr="00D62D9F">
        <w:rPr>
          <w:rFonts w:asciiTheme="minorBidi" w:hAnsiTheme="minorBidi" w:cs="Iskoola Pota"/>
          <w:sz w:val="24"/>
          <w:szCs w:val="24"/>
          <w:cs/>
          <w:lang w:bidi="si-LK"/>
        </w:rPr>
        <w:t>ලියාපදිංචි</w:t>
      </w:r>
      <w:r w:rsidR="00564370" w:rsidRPr="00D62D9F">
        <w:rPr>
          <w:rFonts w:asciiTheme="minorBidi" w:hAnsiTheme="minorBidi"/>
          <w:sz w:val="24"/>
          <w:szCs w:val="24"/>
        </w:rPr>
        <w:t xml:space="preserve"> </w:t>
      </w:r>
      <w:r w:rsidR="00564370" w:rsidRPr="00D62D9F">
        <w:rPr>
          <w:rFonts w:asciiTheme="minorBidi" w:hAnsiTheme="minorBidi" w:cs="Iskoola Pota"/>
          <w:sz w:val="24"/>
          <w:szCs w:val="24"/>
          <w:cs/>
          <w:lang w:bidi="si-LK"/>
        </w:rPr>
        <w:t>ආයතන</w:t>
      </w:r>
      <w:r w:rsidR="00564370" w:rsidRPr="00D62D9F">
        <w:rPr>
          <w:rFonts w:asciiTheme="minorBidi" w:hAnsiTheme="minorBidi"/>
          <w:sz w:val="24"/>
          <w:szCs w:val="24"/>
        </w:rPr>
        <w:t xml:space="preserve"> </w:t>
      </w:r>
      <w:r w:rsidR="00564370" w:rsidRPr="00D62D9F">
        <w:rPr>
          <w:rFonts w:asciiTheme="minorBidi" w:hAnsiTheme="minorBidi" w:cs="Iskoola Pota"/>
          <w:sz w:val="24"/>
          <w:szCs w:val="24"/>
          <w:cs/>
          <w:lang w:bidi="si-LK"/>
        </w:rPr>
        <w:t>හෝ</w:t>
      </w:r>
      <w:r w:rsidR="00564370" w:rsidRPr="00D62D9F">
        <w:rPr>
          <w:rFonts w:asciiTheme="minorBidi" w:hAnsiTheme="minorBidi"/>
          <w:sz w:val="24"/>
          <w:szCs w:val="24"/>
        </w:rPr>
        <w:t xml:space="preserve"> </w:t>
      </w:r>
      <w:r w:rsidR="00564370" w:rsidRPr="00D62D9F">
        <w:rPr>
          <w:rFonts w:asciiTheme="minorBidi" w:hAnsiTheme="minorBidi" w:cs="Iskoola Pota"/>
          <w:sz w:val="24"/>
          <w:szCs w:val="24"/>
          <w:cs/>
          <w:lang w:bidi="si-LK"/>
        </w:rPr>
        <w:t>පුද්ගලයින්</w:t>
      </w:r>
      <w:r w:rsidR="00564370" w:rsidRPr="00D62D9F">
        <w:rPr>
          <w:rFonts w:asciiTheme="minorBidi" w:hAnsiTheme="minorBidi"/>
          <w:sz w:val="24"/>
          <w:szCs w:val="24"/>
        </w:rPr>
        <w:t xml:space="preserve"> </w:t>
      </w:r>
      <w:r w:rsidR="00564370" w:rsidRPr="00D62D9F">
        <w:rPr>
          <w:rFonts w:asciiTheme="minorBidi" w:hAnsiTheme="minorBidi" w:cs="Iskoola Pota"/>
          <w:sz w:val="24"/>
          <w:szCs w:val="24"/>
          <w:cs/>
          <w:lang w:bidi="si-LK"/>
        </w:rPr>
        <w:t>වෙතින්</w:t>
      </w:r>
      <w:r w:rsidR="00564370" w:rsidRPr="00D62D9F">
        <w:rPr>
          <w:rFonts w:asciiTheme="minorBidi" w:hAnsiTheme="minorBidi"/>
          <w:sz w:val="24"/>
          <w:szCs w:val="24"/>
        </w:rPr>
        <w:t xml:space="preserve"> </w:t>
      </w:r>
      <w:r w:rsidR="00564370"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ටෙන්ඩර්</w:t>
      </w:r>
      <w:r w:rsidR="00564370" w:rsidRPr="00D62D9F">
        <w:rPr>
          <w:rFonts w:asciiTheme="minorBidi" w:hAnsiTheme="minorBidi"/>
          <w:sz w:val="24"/>
          <w:szCs w:val="24"/>
        </w:rPr>
        <w:t xml:space="preserve"> </w:t>
      </w:r>
      <w:r w:rsidR="00564370" w:rsidRPr="00D62D9F">
        <w:rPr>
          <w:rFonts w:asciiTheme="minorBidi" w:hAnsiTheme="minorBidi" w:cs="Iskoola Pota"/>
          <w:sz w:val="24"/>
          <w:szCs w:val="24"/>
          <w:cs/>
          <w:lang w:bidi="si-LK"/>
        </w:rPr>
        <w:t>කැඳවනු</w:t>
      </w:r>
      <w:r w:rsidR="00564370" w:rsidRPr="00D62D9F">
        <w:rPr>
          <w:rFonts w:asciiTheme="minorBidi" w:hAnsiTheme="minorBidi"/>
          <w:sz w:val="24"/>
          <w:szCs w:val="24"/>
        </w:rPr>
        <w:t xml:space="preserve"> </w:t>
      </w:r>
      <w:r w:rsidR="00564370" w:rsidRPr="00D62D9F">
        <w:rPr>
          <w:rFonts w:asciiTheme="minorBidi" w:hAnsiTheme="minorBidi" w:cs="Iskoola Pota"/>
          <w:sz w:val="24"/>
          <w:szCs w:val="24"/>
          <w:cs/>
          <w:lang w:bidi="si-LK"/>
        </w:rPr>
        <w:t>ලැබේ</w:t>
      </w:r>
      <w:r w:rsidR="00564370" w:rsidRPr="00D62D9F">
        <w:rPr>
          <w:rFonts w:asciiTheme="minorBidi" w:hAnsiTheme="minorBidi"/>
          <w:sz w:val="24"/>
          <w:szCs w:val="24"/>
        </w:rPr>
        <w:t>.</w:t>
      </w:r>
    </w:p>
    <w:p w:rsidR="00564370" w:rsidRPr="00D62D9F" w:rsidRDefault="00564370" w:rsidP="00F97BC1">
      <w:pPr>
        <w:pStyle w:val="ListParagraph"/>
        <w:spacing w:after="0" w:line="259" w:lineRule="auto"/>
        <w:ind w:left="360"/>
        <w:jc w:val="both"/>
        <w:rPr>
          <w:rFonts w:asciiTheme="minorBidi" w:hAnsiTheme="minorBidi"/>
          <w:sz w:val="24"/>
          <w:szCs w:val="24"/>
        </w:rPr>
      </w:pPr>
    </w:p>
    <w:p w:rsidR="00564370" w:rsidRPr="00D62D9F" w:rsidRDefault="00564370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සැපයීමේදී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="004E4B71" w:rsidRPr="00D62D9F">
        <w:rPr>
          <w:rFonts w:asciiTheme="minorBidi" w:hAnsiTheme="minorBidi"/>
          <w:sz w:val="24"/>
          <w:szCs w:val="24"/>
          <w:cs/>
          <w:lang w:bidi="si-LK"/>
        </w:rPr>
        <w:t>වාහනයට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අදාළ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රියැදුරුගේ මාසික වේතනය ඇතුළු ඒ හා බැඳුනු සියලු වියදම්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</w:t>
      </w:r>
      <w:r w:rsidRPr="00D62D9F">
        <w:rPr>
          <w:rFonts w:asciiTheme="minorBidi" w:hAnsiTheme="minorBidi"/>
          <w:sz w:val="24"/>
          <w:szCs w:val="24"/>
          <w:lang w:bidi="si-LK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හිමිකරු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විසින්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සැපයිය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අතර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මිල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ගණන්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ඉදිරිපත්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කිරීමේදී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පිළිබඳව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සැලකිලිමත්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වී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මිල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ගණන්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සටහන්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යුතුය</w:t>
      </w:r>
      <w:r w:rsidRPr="00D62D9F">
        <w:rPr>
          <w:rFonts w:asciiTheme="minorBidi" w:hAnsiTheme="minorBidi"/>
          <w:sz w:val="24"/>
          <w:szCs w:val="24"/>
        </w:rPr>
        <w:t>.</w:t>
      </w:r>
    </w:p>
    <w:p w:rsidR="00ED7282" w:rsidRPr="00D62D9F" w:rsidRDefault="00ED7282" w:rsidP="00F97BC1">
      <w:pPr>
        <w:pStyle w:val="ListParagraph"/>
        <w:spacing w:after="0" w:line="259" w:lineRule="auto"/>
        <w:ind w:left="360"/>
        <w:jc w:val="both"/>
        <w:rPr>
          <w:rFonts w:asciiTheme="minorBidi" w:hAnsiTheme="minorBidi"/>
          <w:sz w:val="24"/>
          <w:szCs w:val="24"/>
        </w:rPr>
      </w:pPr>
    </w:p>
    <w:p w:rsidR="001F5050" w:rsidRPr="00D62D9F" w:rsidRDefault="00564370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ඉදිරිපත්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කරනු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ලබන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මිල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ගණන්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විවෘත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දින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සිට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දින</w:t>
      </w:r>
      <w:r w:rsidRPr="00D62D9F">
        <w:rPr>
          <w:rFonts w:asciiTheme="minorBidi" w:hAnsiTheme="minorBidi"/>
          <w:sz w:val="24"/>
          <w:szCs w:val="24"/>
        </w:rPr>
        <w:t xml:space="preserve"> 90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දක්වා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වලංගු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යුතුය</w:t>
      </w:r>
      <w:r w:rsidRPr="00D62D9F">
        <w:rPr>
          <w:rFonts w:asciiTheme="minorBidi" w:hAnsiTheme="minorBidi"/>
          <w:sz w:val="24"/>
          <w:szCs w:val="24"/>
        </w:rPr>
        <w:t>.</w:t>
      </w:r>
    </w:p>
    <w:p w:rsidR="00ED7282" w:rsidRPr="00D62D9F" w:rsidRDefault="00ED7282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455711" w:rsidRPr="00D62D9F" w:rsidRDefault="00DB27E7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bookmarkStart w:id="1" w:name="_Hlk238317379"/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ලියාපදිංචි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වාහනයක්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ඉදිරිපත්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කරන්නේ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නම්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වාහනයේ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ලියාපදිංචි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සහතිකයේ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සහතික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පිටපතක්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ඉදිරිපත්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යුතුය</w:t>
      </w:r>
      <w:r w:rsidRPr="00D62D9F">
        <w:rPr>
          <w:rFonts w:asciiTheme="minorBidi" w:hAnsiTheme="minorBidi"/>
          <w:sz w:val="24"/>
          <w:szCs w:val="24"/>
        </w:rPr>
        <w:t xml:space="preserve">.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නව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හෝ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තවමත්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ලියාපදිංචි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නොමැති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වාහනයක්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ඉදිරිපත්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කරන්නේ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නම්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එහි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හිමිකාරිත්වය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සහ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වාහනයේ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විස්තර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සනාථ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නිෂ්පාදක</w:t>
      </w:r>
      <w:r w:rsidRPr="00D62D9F">
        <w:rPr>
          <w:rFonts w:asciiTheme="minorBidi" w:hAnsiTheme="minorBidi"/>
          <w:sz w:val="24"/>
          <w:szCs w:val="24"/>
        </w:rPr>
        <w:t>/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ආනයනකරුගේ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ඉන්වොයිසිය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ආනයන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ලේඛන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හෝ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අදාළ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වෙනත්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පිළිගත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හැකි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ලේඛන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ඉදිරිපත්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යුතුය</w:t>
      </w:r>
      <w:r w:rsidRPr="00D62D9F">
        <w:rPr>
          <w:rFonts w:asciiTheme="minorBidi" w:hAnsiTheme="minorBidi"/>
          <w:sz w:val="24"/>
          <w:szCs w:val="24"/>
        </w:rPr>
        <w:t>.</w:t>
      </w:r>
      <w:bookmarkEnd w:id="1"/>
    </w:p>
    <w:p w:rsidR="00455711" w:rsidRPr="00D62D9F" w:rsidRDefault="00455711" w:rsidP="00F97BC1">
      <w:pPr>
        <w:pStyle w:val="ListParagraph"/>
        <w:spacing w:after="0" w:line="259" w:lineRule="auto"/>
        <w:rPr>
          <w:rFonts w:asciiTheme="minorBidi" w:hAnsiTheme="minorBidi"/>
          <w:sz w:val="24"/>
          <w:szCs w:val="24"/>
        </w:rPr>
      </w:pPr>
    </w:p>
    <w:p w:rsidR="00455711" w:rsidRPr="00D62D9F" w:rsidRDefault="00C64E4F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සඳහා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ඉදිරිපත්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කරනු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ලබන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ඉතා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හොඳ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ධාවන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තත්ත්වයේ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පැවතිය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අතර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එහි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රථම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ලියාපදිංචිය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සහ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නිෂ්පාදිත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වර්ෂය</w:t>
      </w:r>
      <w:r w:rsidRPr="00D62D9F">
        <w:rPr>
          <w:rFonts w:asciiTheme="minorBidi" w:hAnsiTheme="minorBidi"/>
          <w:sz w:val="24"/>
          <w:szCs w:val="24"/>
        </w:rPr>
        <w:t xml:space="preserve"> 20</w:t>
      </w:r>
      <w:r w:rsidR="00C838B3" w:rsidRPr="00D62D9F">
        <w:rPr>
          <w:rFonts w:asciiTheme="minorBidi" w:hAnsiTheme="minorBidi"/>
          <w:sz w:val="24"/>
          <w:szCs w:val="24"/>
        </w:rPr>
        <w:t xml:space="preserve">22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හෝ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ඊට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පසු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වර්ෂයක්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යුතුය</w:t>
      </w:r>
      <w:r w:rsidRPr="00D62D9F">
        <w:rPr>
          <w:rFonts w:asciiTheme="minorBidi" w:hAnsiTheme="minorBidi"/>
          <w:sz w:val="24"/>
          <w:szCs w:val="24"/>
        </w:rPr>
        <w:t xml:space="preserve">.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එය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සනාථ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කිරීම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සඳහා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ලියාපදිංචි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සහතිකයේ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පිටපතක්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ඉදිරිපත්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යුතුය</w:t>
      </w:r>
      <w:r w:rsidRPr="00D62D9F">
        <w:rPr>
          <w:rFonts w:asciiTheme="minorBidi" w:hAnsiTheme="minorBidi"/>
          <w:sz w:val="24"/>
          <w:szCs w:val="24"/>
        </w:rPr>
        <w:t xml:space="preserve">.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නව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හෝ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ලියාපදිංචි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නොකළ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සඳහා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පළමු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ලියාපදිංචි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වර්ෂය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පිළිබඳ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අවශ්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යතාවය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අදාළ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නොවේ</w:t>
      </w:r>
      <w:r w:rsidRPr="00D62D9F">
        <w:rPr>
          <w:rFonts w:asciiTheme="minorBidi" w:hAnsiTheme="minorBidi"/>
          <w:sz w:val="24"/>
          <w:szCs w:val="24"/>
        </w:rPr>
        <w:t xml:space="preserve">. 2024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හෝ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ඊට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පසු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නිෂ්පාදිත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සඳහා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රමුඛතාව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ලබා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දිය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හැකිය</w:t>
      </w:r>
      <w:r w:rsidRPr="00D62D9F">
        <w:rPr>
          <w:rFonts w:asciiTheme="minorBidi" w:hAnsiTheme="minorBidi"/>
          <w:sz w:val="24"/>
          <w:szCs w:val="24"/>
        </w:rPr>
        <w:t xml:space="preserve">.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ඇගයීමේදී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මිල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ගණන්වලට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අමතරව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වාහනයේ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නිෂ්පාදිත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වර්ෂය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ලියාපදිංචි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වර්ෂය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වාහනයේ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තත්ත්වය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නඩත්තු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සේවා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වාර්තා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සහ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ධාවනය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ඇති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කිලෝමීටර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රමාණය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සලකා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බලනු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ලැබේ</w:t>
      </w:r>
      <w:r w:rsidRPr="00D62D9F">
        <w:rPr>
          <w:rFonts w:asciiTheme="minorBidi" w:hAnsiTheme="minorBidi"/>
          <w:sz w:val="24"/>
          <w:szCs w:val="24"/>
        </w:rPr>
        <w:t xml:space="preserve">.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නියමිත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පිරිවිතරවලට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අනුකූල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රමාණවත්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පරිදි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lastRenderedPageBreak/>
        <w:t>නොලැබුණහොත්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පමණක්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ඉහත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කොන්දේසිවලට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පරිබාහිරව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තෝරා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ගැනීමට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කටයුතු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කරනු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ඇත</w:t>
      </w:r>
      <w:r w:rsidRPr="00D62D9F">
        <w:rPr>
          <w:rFonts w:asciiTheme="minorBidi" w:hAnsiTheme="minorBidi"/>
          <w:sz w:val="24"/>
          <w:szCs w:val="24"/>
        </w:rPr>
        <w:t>.</w:t>
      </w:r>
      <w:r w:rsidR="00455711" w:rsidRPr="00D62D9F">
        <w:rPr>
          <w:rFonts w:asciiTheme="minorBidi" w:hAnsiTheme="minorBidi"/>
          <w:sz w:val="24"/>
          <w:szCs w:val="24"/>
        </w:rPr>
        <w:t xml:space="preserve"> </w:t>
      </w:r>
    </w:p>
    <w:p w:rsidR="00455711" w:rsidRPr="00D62D9F" w:rsidRDefault="00455711" w:rsidP="00F97BC1">
      <w:pPr>
        <w:pStyle w:val="ListParagraph"/>
        <w:spacing w:after="0" w:line="259" w:lineRule="auto"/>
        <w:rPr>
          <w:rFonts w:asciiTheme="minorBidi" w:hAnsiTheme="minorBidi"/>
          <w:sz w:val="24"/>
          <w:szCs w:val="24"/>
        </w:rPr>
      </w:pPr>
    </w:p>
    <w:p w:rsidR="00153E27" w:rsidRPr="00D62D9F" w:rsidRDefault="00455711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සියලුම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ටෙන්ඩර්පත්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සමඟ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රු</w:t>
      </w:r>
      <w:r w:rsidRPr="00D62D9F">
        <w:rPr>
          <w:rFonts w:asciiTheme="minorBidi" w:hAnsiTheme="minorBidi"/>
          <w:sz w:val="24"/>
          <w:szCs w:val="24"/>
        </w:rPr>
        <w:t xml:space="preserve">. </w:t>
      </w:r>
      <w:r w:rsidR="00401A6A" w:rsidRPr="00D62D9F">
        <w:rPr>
          <w:rFonts w:asciiTheme="minorBidi" w:hAnsiTheme="minorBidi"/>
          <w:sz w:val="24"/>
          <w:szCs w:val="24"/>
        </w:rPr>
        <w:t>30</w:t>
      </w:r>
      <w:r w:rsidRPr="00D62D9F">
        <w:rPr>
          <w:rFonts w:asciiTheme="minorBidi" w:hAnsiTheme="minorBidi"/>
          <w:sz w:val="24"/>
          <w:szCs w:val="24"/>
        </w:rPr>
        <w:t>,000.00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ආපසු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ගෙවනු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ලබන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ලංසු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ඇපකරයක්</w:t>
      </w:r>
      <w:r w:rsidRPr="00D62D9F">
        <w:rPr>
          <w:rFonts w:asciiTheme="minorBidi" w:hAnsiTheme="minorBidi"/>
          <w:sz w:val="24"/>
          <w:szCs w:val="24"/>
        </w:rPr>
        <w:t xml:space="preserve"> (Bid Bond)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ඉදිරිපත්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යුතුය</w:t>
      </w:r>
      <w:r w:rsidRPr="00D62D9F">
        <w:rPr>
          <w:rFonts w:asciiTheme="minorBidi" w:hAnsiTheme="minorBidi"/>
          <w:sz w:val="24"/>
          <w:szCs w:val="24"/>
        </w:rPr>
        <w:t xml:space="preserve">.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මෙම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ලංසු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ඇපකරය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විශ්වවිද්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යාලයේ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සරප්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වෙත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රු</w:t>
      </w:r>
      <w:r w:rsidRPr="00D62D9F">
        <w:rPr>
          <w:rFonts w:asciiTheme="minorBidi" w:hAnsiTheme="minorBidi"/>
          <w:sz w:val="24"/>
          <w:szCs w:val="24"/>
        </w:rPr>
        <w:t xml:space="preserve">. </w:t>
      </w:r>
      <w:r w:rsidR="00153E27" w:rsidRPr="00D62D9F">
        <w:rPr>
          <w:rFonts w:asciiTheme="minorBidi" w:hAnsiTheme="minorBidi"/>
          <w:sz w:val="24"/>
          <w:szCs w:val="24"/>
        </w:rPr>
        <w:t>3</w:t>
      </w:r>
      <w:r w:rsidRPr="00D62D9F">
        <w:rPr>
          <w:rFonts w:asciiTheme="minorBidi" w:hAnsiTheme="minorBidi"/>
          <w:sz w:val="24"/>
          <w:szCs w:val="24"/>
        </w:rPr>
        <w:t>0,000.00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මුදලක්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ගෙවා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ලබාගත්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මුල්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ලදුපත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මඟින්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හෝ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පිළිගත්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වාණිජ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බැංකුවකින්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ලබාගත්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විවෘත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දින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සිට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දින</w:t>
      </w:r>
      <w:r w:rsidRPr="00D62D9F">
        <w:rPr>
          <w:rFonts w:asciiTheme="minorBidi" w:hAnsiTheme="minorBidi"/>
          <w:sz w:val="24"/>
          <w:szCs w:val="24"/>
        </w:rPr>
        <w:t xml:space="preserve"> 120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දක්වා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වලංගු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රු</w:t>
      </w:r>
      <w:r w:rsidRPr="00D62D9F">
        <w:rPr>
          <w:rFonts w:asciiTheme="minorBidi" w:hAnsiTheme="minorBidi"/>
          <w:sz w:val="24"/>
          <w:szCs w:val="24"/>
        </w:rPr>
        <w:t xml:space="preserve">. </w:t>
      </w:r>
      <w:r w:rsidR="00153E27" w:rsidRPr="00D62D9F">
        <w:rPr>
          <w:rFonts w:asciiTheme="minorBidi" w:hAnsiTheme="minorBidi"/>
          <w:sz w:val="24"/>
          <w:szCs w:val="24"/>
        </w:rPr>
        <w:t>3</w:t>
      </w:r>
      <w:r w:rsidRPr="00D62D9F">
        <w:rPr>
          <w:rFonts w:asciiTheme="minorBidi" w:hAnsiTheme="minorBidi"/>
          <w:sz w:val="24"/>
          <w:szCs w:val="24"/>
        </w:rPr>
        <w:t>0,000.00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බැංකු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බැඳුම්කරයක්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මඟින්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ඉදිරිපත්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යුතුය</w:t>
      </w:r>
      <w:r w:rsidRPr="00D62D9F">
        <w:rPr>
          <w:rFonts w:asciiTheme="minorBidi" w:hAnsiTheme="minorBidi"/>
          <w:sz w:val="24"/>
          <w:szCs w:val="24"/>
        </w:rPr>
        <w:t>. (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අදාළ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ලංසු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ඇපකරය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රහිත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ටෙන්ඩර්පත්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සෘජුවම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රතික්ෂේප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කරනු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ලැබේ</w:t>
      </w:r>
      <w:r w:rsidRPr="00D62D9F">
        <w:rPr>
          <w:rFonts w:asciiTheme="minorBidi" w:hAnsiTheme="minorBidi"/>
          <w:sz w:val="24"/>
          <w:szCs w:val="24"/>
        </w:rPr>
        <w:t xml:space="preserve">).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ජයග්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රහණය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කිරීමෙන්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පසු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විශ්වවිද්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යාලය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මඟින්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ඉල්ලුම්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සැපයීමට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අපොහොසත්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වුවහොත්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මෙම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ඇපකර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මුදල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රාජසන්තක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කෙරේ</w:t>
      </w:r>
      <w:r w:rsidRPr="00D62D9F">
        <w:rPr>
          <w:rFonts w:asciiTheme="minorBidi" w:hAnsiTheme="minorBidi"/>
          <w:sz w:val="24"/>
          <w:szCs w:val="24"/>
        </w:rPr>
        <w:t>.</w:t>
      </w:r>
    </w:p>
    <w:p w:rsidR="00153E27" w:rsidRPr="00D62D9F" w:rsidRDefault="00153E27" w:rsidP="00F97BC1">
      <w:pPr>
        <w:pStyle w:val="ListParagraph"/>
        <w:spacing w:after="0" w:line="259" w:lineRule="auto"/>
        <w:rPr>
          <w:rFonts w:asciiTheme="minorBidi" w:hAnsiTheme="minorBidi"/>
          <w:sz w:val="24"/>
          <w:szCs w:val="24"/>
        </w:rPr>
      </w:pPr>
    </w:p>
    <w:p w:rsidR="00153E27" w:rsidRPr="00D62D9F" w:rsidRDefault="00455711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ලියාපදිංචි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වාහනයක්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ඉදිරිපත්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කරන්නේ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නම්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එය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ටෙන්ඩර්කරුගේ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නමට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ලියාපදිංචි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වී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තිබිය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යුතුය</w:t>
      </w:r>
      <w:r w:rsidRPr="00D62D9F">
        <w:rPr>
          <w:rFonts w:asciiTheme="minorBidi" w:hAnsiTheme="minorBidi"/>
          <w:sz w:val="24"/>
          <w:szCs w:val="24"/>
        </w:rPr>
        <w:t xml:space="preserve">.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යම්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ආයතනයක්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මඟින්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ඉදිරිපත්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කරන්නේ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නම්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එම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ආයතනය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සහ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හිමිකරු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අතර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පවතින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නෛතික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බැඳීම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සනාථ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කිරීම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සඳහා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බලපත්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රයේ</w:t>
      </w:r>
      <w:r w:rsidRPr="00D62D9F">
        <w:rPr>
          <w:rFonts w:asciiTheme="minorBidi" w:hAnsiTheme="minorBidi"/>
          <w:sz w:val="24"/>
          <w:szCs w:val="24"/>
        </w:rPr>
        <w:t>/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ගිවිසුමේ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පිටපතක්</w:t>
      </w:r>
      <w:r w:rsidRPr="00D62D9F">
        <w:rPr>
          <w:rFonts w:asciiTheme="minorBidi" w:hAnsiTheme="minorBidi"/>
          <w:sz w:val="24"/>
          <w:szCs w:val="24"/>
        </w:rPr>
        <w:t xml:space="preserve"> (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ඇටෝනි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බලපත්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රය</w:t>
      </w:r>
      <w:r w:rsidRPr="00D62D9F">
        <w:rPr>
          <w:rFonts w:asciiTheme="minorBidi" w:hAnsiTheme="minorBidi"/>
          <w:sz w:val="24"/>
          <w:szCs w:val="24"/>
        </w:rPr>
        <w:t xml:space="preserve">/ Power of Attorney)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ඉදිරිපත්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යුතුය</w:t>
      </w:r>
      <w:r w:rsidRPr="00D62D9F">
        <w:rPr>
          <w:rFonts w:asciiTheme="minorBidi" w:hAnsiTheme="minorBidi"/>
          <w:sz w:val="24"/>
          <w:szCs w:val="24"/>
        </w:rPr>
        <w:t>.</w:t>
      </w:r>
      <w:r w:rsidR="00153E27" w:rsidRPr="00D62D9F">
        <w:rPr>
          <w:rFonts w:asciiTheme="minorBidi" w:hAnsiTheme="minorBidi"/>
          <w:sz w:val="24"/>
          <w:szCs w:val="24"/>
        </w:rPr>
        <w:t xml:space="preserve"> </w:t>
      </w:r>
    </w:p>
    <w:p w:rsidR="00153E27" w:rsidRPr="00D62D9F" w:rsidRDefault="00153E27" w:rsidP="00F97BC1">
      <w:pPr>
        <w:pStyle w:val="ListParagraph"/>
        <w:spacing w:after="0" w:line="259" w:lineRule="auto"/>
        <w:rPr>
          <w:rFonts w:asciiTheme="minorBidi" w:hAnsiTheme="minorBidi"/>
          <w:sz w:val="24"/>
          <w:szCs w:val="24"/>
        </w:rPr>
      </w:pPr>
    </w:p>
    <w:p w:rsidR="00153E27" w:rsidRPr="00D62D9F" w:rsidRDefault="00153E27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සඳහා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සම්පූර්ණ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රක්ෂණ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ආවරණයක්</w:t>
      </w:r>
      <w:r w:rsidRPr="00D62D9F">
        <w:rPr>
          <w:rFonts w:asciiTheme="minorBidi" w:hAnsiTheme="minorBidi"/>
          <w:sz w:val="24"/>
          <w:szCs w:val="24"/>
        </w:rPr>
        <w:t xml:space="preserve"> (Full Insurance)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තිබිය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අතර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කුලී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ධාවනය</w:t>
      </w:r>
      <w:r w:rsidRPr="00D62D9F">
        <w:rPr>
          <w:rFonts w:asciiTheme="minorBidi" w:hAnsiTheme="minorBidi"/>
          <w:sz w:val="24"/>
          <w:szCs w:val="24"/>
        </w:rPr>
        <w:t xml:space="preserve"> (Hiring)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සහ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වාහනයේ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ගමන්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මගීන්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සඳහා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අවශ්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රක්ෂණ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ආවරණයද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ඇතුළත්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යුතුය</w:t>
      </w:r>
      <w:r w:rsidRPr="00D62D9F">
        <w:rPr>
          <w:rFonts w:asciiTheme="minorBidi" w:hAnsiTheme="minorBidi"/>
          <w:sz w:val="24"/>
          <w:szCs w:val="24"/>
        </w:rPr>
        <w:t xml:space="preserve">.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 xml:space="preserve">එසේම වාහනය  ලබා දී ඇති නිලධාරියාටද අවශ්‍ය විට වාහනය ධාවනයට පහසුව සැලසෙන පරිදි එයට අදාළ රක්ෂණ ආවරණයද ඇතුලත් විය යුතුය. 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තේරී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ටෙන්ඩර්කරු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විශ්වවිද්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යාලය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වෙත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භාරදීමේදී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අදාළ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රක්ෂණ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සහතික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ඉදිරිපත්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අතර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ගිවිසුම්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කාලය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තුළ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රක්ෂණය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අඛණ්ඩව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වලංගුව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පවත්වා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ගැනීම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ටෙන්ඩර්කරුගේ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වගකීම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වේ</w:t>
      </w:r>
      <w:r w:rsidRPr="00D62D9F">
        <w:rPr>
          <w:rFonts w:asciiTheme="minorBidi" w:hAnsiTheme="minorBidi"/>
          <w:sz w:val="24"/>
          <w:szCs w:val="24"/>
        </w:rPr>
        <w:t>.</w:t>
      </w:r>
    </w:p>
    <w:p w:rsidR="00ED7282" w:rsidRPr="00D62D9F" w:rsidRDefault="00ED7282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F04A0F" w:rsidRPr="00D62D9F" w:rsidRDefault="00DB27E7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bookmarkStart w:id="2" w:name="_Hlk238324273"/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විශ්වවිද්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යාලය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භාරයේ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පැය</w:t>
      </w:r>
      <w:r w:rsidRPr="00D62D9F">
        <w:rPr>
          <w:rFonts w:asciiTheme="minorBidi" w:hAnsiTheme="minorBidi"/>
          <w:sz w:val="24"/>
          <w:szCs w:val="24"/>
        </w:rPr>
        <w:t xml:space="preserve"> 24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පුරා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තැබිය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යුතුය</w:t>
      </w:r>
      <w:r w:rsidRPr="00D62D9F">
        <w:rPr>
          <w:rFonts w:asciiTheme="minorBidi" w:hAnsiTheme="minorBidi"/>
          <w:sz w:val="24"/>
          <w:szCs w:val="24"/>
        </w:rPr>
        <w:t xml:space="preserve">.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භාර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නිලධාරියාගේ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පූර්ව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අවසරයකින්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තොරව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විශ්වවිද්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යාල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පරිශ්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රයෙන්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ඉවත්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නොකළ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යුතුය</w:t>
      </w:r>
      <w:r w:rsidRPr="00D62D9F">
        <w:rPr>
          <w:rFonts w:asciiTheme="minorBidi" w:hAnsiTheme="minorBidi"/>
          <w:sz w:val="24"/>
          <w:szCs w:val="24"/>
        </w:rPr>
        <w:t xml:space="preserve">.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අනුමත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ඉවත්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කිරීමක්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සිදු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වූ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විට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භාවිතයෙන්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බැහැරව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තිබූ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කාලයට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අදාළ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මුදල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මාසික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කුලියෙන්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අඩු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කරනු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ලැබේ</w:t>
      </w:r>
      <w:r w:rsidRPr="00D62D9F">
        <w:rPr>
          <w:rFonts w:asciiTheme="minorBidi" w:hAnsiTheme="minorBidi"/>
          <w:sz w:val="24"/>
          <w:szCs w:val="24"/>
        </w:rPr>
        <w:t xml:space="preserve">. </w:t>
      </w:r>
    </w:p>
    <w:p w:rsidR="001F5050" w:rsidRPr="00D62D9F" w:rsidRDefault="00DB27E7" w:rsidP="00F97BC1">
      <w:pPr>
        <w:spacing w:after="0" w:line="259" w:lineRule="auto"/>
        <w:ind w:firstLine="360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අඩු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කිරීමේ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පදනම</w:t>
      </w:r>
      <w:r w:rsidR="00F04A0F" w:rsidRPr="00D62D9F">
        <w:rPr>
          <w:rFonts w:asciiTheme="minorBidi" w:hAnsiTheme="minorBidi"/>
          <w:sz w:val="24"/>
          <w:szCs w:val="24"/>
        </w:rPr>
        <w:t xml:space="preserve"> =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මාසික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කුලිය</w:t>
      </w:r>
      <w:r w:rsidRPr="00D62D9F">
        <w:rPr>
          <w:rFonts w:asciiTheme="minorBidi" w:hAnsiTheme="minorBidi"/>
          <w:sz w:val="24"/>
          <w:szCs w:val="24"/>
        </w:rPr>
        <w:t xml:space="preserve"> ÷ 30 ×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භාවිතයෙන්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බැහැරව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තිබූ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දින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ගණන</w:t>
      </w:r>
      <w:r w:rsidRPr="00D62D9F">
        <w:rPr>
          <w:rFonts w:asciiTheme="minorBidi" w:hAnsiTheme="minorBidi"/>
          <w:sz w:val="24"/>
          <w:szCs w:val="24"/>
        </w:rPr>
        <w:t>.</w:t>
      </w:r>
    </w:p>
    <w:bookmarkEnd w:id="2"/>
    <w:p w:rsidR="00ED7282" w:rsidRPr="00D62D9F" w:rsidRDefault="00ED7282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480B15" w:rsidRPr="00D62D9F" w:rsidRDefault="00DB27E7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bookmarkStart w:id="3" w:name="_Hlk238324664"/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වාහනයේ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නියමිත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නඩත්තු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හා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සේවා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කටයුතු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මෙන්ම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සඳහා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සියලු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වියදම්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ටෙන්ඩර්කරු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විසින්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දැරිය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යුතුය</w:t>
      </w:r>
      <w:r w:rsidRPr="00D62D9F">
        <w:rPr>
          <w:rFonts w:asciiTheme="minorBidi" w:hAnsiTheme="minorBidi"/>
          <w:sz w:val="24"/>
          <w:szCs w:val="24"/>
        </w:rPr>
        <w:t xml:space="preserve">.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සාමාන්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සේවා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කටයුතු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සඳහා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මසකට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උපරිම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එක්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දිනක්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ලබා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දිය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හැකි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අතර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සඳහා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භාර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නිලධාරියාගේ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පූර්ව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අනුමැතිය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ලබාගත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යුතුය</w:t>
      </w:r>
      <w:r w:rsidRPr="00D62D9F">
        <w:rPr>
          <w:rFonts w:asciiTheme="minorBidi" w:hAnsiTheme="minorBidi"/>
          <w:sz w:val="24"/>
          <w:szCs w:val="24"/>
        </w:rPr>
        <w:t>.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/>
          <w:sz w:val="24"/>
          <w:szCs w:val="24"/>
          <w:cs/>
          <w:lang w:bidi="si-LK"/>
        </w:rPr>
        <w:t>මෙම දිනය සඳහා මාසික කුලියෙන් කිසිදු ගාස්තුවක් අඩු කරනු නොලැබේ.</w:t>
      </w:r>
      <w:r w:rsidR="00480B15" w:rsidRPr="00D62D9F">
        <w:rPr>
          <w:rFonts w:asciiTheme="minorBidi" w:hAnsiTheme="minorBidi"/>
          <w:sz w:val="24"/>
          <w:szCs w:val="24"/>
          <w:lang w:bidi="si-LK"/>
        </w:rPr>
        <w:t xml:space="preserve"> </w:t>
      </w:r>
      <w:r w:rsidR="00480B15" w:rsidRPr="00D62D9F">
        <w:rPr>
          <w:rFonts w:asciiTheme="minorBidi" w:hAnsiTheme="minorBidi"/>
          <w:sz w:val="24"/>
          <w:szCs w:val="24"/>
          <w:cs/>
          <w:lang w:bidi="si-LK"/>
        </w:rPr>
        <w:t>කෙසේ වුවද අදාළ දිනය තුල ධාවනය කල දුර ප්‍රමාණය මාසය තුල ධාවනය කල මුළු දුර ප්‍රමාණයෙන් අඩු කර අදාළ ගණනය කිරීම සිදු කරනු ඇත.</w:t>
      </w:r>
      <w:bookmarkEnd w:id="3"/>
    </w:p>
    <w:p w:rsidR="00480B15" w:rsidRPr="00D62D9F" w:rsidRDefault="00480B15" w:rsidP="00F97BC1">
      <w:pPr>
        <w:pStyle w:val="ListParagraph"/>
        <w:spacing w:after="0" w:line="259" w:lineRule="auto"/>
        <w:ind w:left="360"/>
        <w:jc w:val="both"/>
        <w:rPr>
          <w:rFonts w:asciiTheme="minorBidi" w:hAnsiTheme="minorBidi"/>
          <w:sz w:val="24"/>
          <w:szCs w:val="24"/>
        </w:rPr>
      </w:pPr>
    </w:p>
    <w:p w:rsidR="00480B15" w:rsidRPr="00D62D9F" w:rsidRDefault="002D38FD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bookmarkStart w:id="4" w:name="_Hlk238325192"/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විශ්වවිද්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යාල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සේවය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සඳහා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පැය</w:t>
      </w:r>
      <w:r w:rsidRPr="00D62D9F">
        <w:rPr>
          <w:rFonts w:asciiTheme="minorBidi" w:hAnsiTheme="minorBidi"/>
          <w:sz w:val="24"/>
          <w:szCs w:val="24"/>
        </w:rPr>
        <w:t xml:space="preserve"> 24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පුරා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යෙදවීමට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හැකි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පරිදි</w:t>
      </w:r>
      <w:r w:rsidR="00DB27E7" w:rsidRPr="00D62D9F">
        <w:rPr>
          <w:rFonts w:asciiTheme="minorBidi" w:hAnsiTheme="minorBidi"/>
          <w:sz w:val="24"/>
          <w:szCs w:val="24"/>
        </w:rPr>
        <w:t xml:space="preserve">,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සුදුසු</w:t>
      </w:r>
      <w:r w:rsidR="00DB27E7" w:rsidRPr="00D62D9F">
        <w:rPr>
          <w:rFonts w:asciiTheme="minorBidi" w:hAnsiTheme="minorBidi"/>
          <w:sz w:val="24"/>
          <w:szCs w:val="24"/>
        </w:rPr>
        <w:t xml:space="preserve">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රියදුරෙකු</w:t>
      </w:r>
      <w:r w:rsidR="00DB27E7" w:rsidRPr="00D62D9F">
        <w:rPr>
          <w:rFonts w:asciiTheme="minorBidi" w:hAnsiTheme="minorBidi"/>
          <w:sz w:val="24"/>
          <w:szCs w:val="24"/>
        </w:rPr>
        <w:t xml:space="preserve">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යෙදවීම</w:t>
      </w:r>
      <w:r w:rsidR="00DB27E7" w:rsidRPr="00D62D9F">
        <w:rPr>
          <w:rFonts w:asciiTheme="minorBidi" w:hAnsiTheme="minorBidi"/>
          <w:sz w:val="24"/>
          <w:szCs w:val="24"/>
        </w:rPr>
        <w:t xml:space="preserve">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ටෙන්ඩර්කරුගේ</w:t>
      </w:r>
      <w:r w:rsidR="00DB27E7" w:rsidRPr="00D62D9F">
        <w:rPr>
          <w:rFonts w:asciiTheme="minorBidi" w:hAnsiTheme="minorBidi"/>
          <w:sz w:val="24"/>
          <w:szCs w:val="24"/>
        </w:rPr>
        <w:t xml:space="preserve">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වගකීම</w:t>
      </w:r>
      <w:r w:rsidR="00DB27E7" w:rsidRPr="00D62D9F">
        <w:rPr>
          <w:rFonts w:asciiTheme="minorBidi" w:hAnsiTheme="minorBidi"/>
          <w:sz w:val="24"/>
          <w:szCs w:val="24"/>
        </w:rPr>
        <w:t xml:space="preserve">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වේ</w:t>
      </w:r>
      <w:r w:rsidR="00DB27E7" w:rsidRPr="00D62D9F">
        <w:rPr>
          <w:rFonts w:asciiTheme="minorBidi" w:hAnsiTheme="minorBidi"/>
          <w:sz w:val="24"/>
          <w:szCs w:val="24"/>
        </w:rPr>
        <w:t xml:space="preserve">.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රියදුරුගේ</w:t>
      </w:r>
      <w:r w:rsidR="00DB27E7" w:rsidRPr="00D62D9F">
        <w:rPr>
          <w:rFonts w:asciiTheme="minorBidi" w:hAnsiTheme="minorBidi"/>
          <w:sz w:val="24"/>
          <w:szCs w:val="24"/>
        </w:rPr>
        <w:t xml:space="preserve">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වැටුප</w:t>
      </w:r>
      <w:r w:rsidR="00DB27E7" w:rsidRPr="00D62D9F">
        <w:rPr>
          <w:rFonts w:asciiTheme="minorBidi" w:hAnsiTheme="minorBidi"/>
          <w:sz w:val="24"/>
          <w:szCs w:val="24"/>
        </w:rPr>
        <w:t xml:space="preserve">, EPF, ETF,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අතිකාල</w:t>
      </w:r>
      <w:r w:rsidR="00DB27E7" w:rsidRPr="00D62D9F">
        <w:rPr>
          <w:rFonts w:asciiTheme="minorBidi" w:hAnsiTheme="minorBidi"/>
          <w:sz w:val="24"/>
          <w:szCs w:val="24"/>
        </w:rPr>
        <w:t xml:space="preserve">,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නිවාඩු</w:t>
      </w:r>
      <w:r w:rsidR="00DB27E7" w:rsidRPr="00D62D9F">
        <w:rPr>
          <w:rFonts w:asciiTheme="minorBidi" w:hAnsiTheme="minorBidi"/>
          <w:sz w:val="24"/>
          <w:szCs w:val="24"/>
        </w:rPr>
        <w:t>/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නිවාඩු</w:t>
      </w:r>
      <w:r w:rsidR="00DB27E7" w:rsidRPr="00D62D9F">
        <w:rPr>
          <w:rFonts w:asciiTheme="minorBidi" w:hAnsiTheme="minorBidi"/>
          <w:sz w:val="24"/>
          <w:szCs w:val="24"/>
        </w:rPr>
        <w:t xml:space="preserve">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දින</w:t>
      </w:r>
      <w:r w:rsidR="00DB27E7" w:rsidRPr="00D62D9F">
        <w:rPr>
          <w:rFonts w:asciiTheme="minorBidi" w:hAnsiTheme="minorBidi"/>
          <w:sz w:val="24"/>
          <w:szCs w:val="24"/>
        </w:rPr>
        <w:t xml:space="preserve">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ගෙවීම්</w:t>
      </w:r>
      <w:r w:rsidR="00DB27E7" w:rsidRPr="00D62D9F">
        <w:rPr>
          <w:rFonts w:asciiTheme="minorBidi" w:hAnsiTheme="minorBidi"/>
          <w:sz w:val="24"/>
          <w:szCs w:val="24"/>
        </w:rPr>
        <w:t xml:space="preserve">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සහ</w:t>
      </w:r>
      <w:r w:rsidR="00DB27E7" w:rsidRPr="00D62D9F">
        <w:rPr>
          <w:rFonts w:asciiTheme="minorBidi" w:hAnsiTheme="minorBidi"/>
          <w:sz w:val="24"/>
          <w:szCs w:val="24"/>
        </w:rPr>
        <w:t xml:space="preserve">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අදාළ</w:t>
      </w:r>
      <w:r w:rsidR="00DB27E7" w:rsidRPr="00D62D9F">
        <w:rPr>
          <w:rFonts w:asciiTheme="minorBidi" w:hAnsiTheme="minorBidi"/>
          <w:sz w:val="24"/>
          <w:szCs w:val="24"/>
        </w:rPr>
        <w:t xml:space="preserve">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සියලුම</w:t>
      </w:r>
      <w:r w:rsidR="00DB27E7" w:rsidRPr="00D62D9F">
        <w:rPr>
          <w:rFonts w:asciiTheme="minorBidi" w:hAnsiTheme="minorBidi"/>
          <w:sz w:val="24"/>
          <w:szCs w:val="24"/>
        </w:rPr>
        <w:t xml:space="preserve">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කම්කරු</w:t>
      </w:r>
      <w:r w:rsidR="00DB27E7" w:rsidRPr="00D62D9F">
        <w:rPr>
          <w:rFonts w:asciiTheme="minorBidi" w:hAnsiTheme="minorBidi"/>
          <w:sz w:val="24"/>
          <w:szCs w:val="24"/>
        </w:rPr>
        <w:t xml:space="preserve">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නීතිමය</w:t>
      </w:r>
      <w:r w:rsidR="00DB27E7" w:rsidRPr="00D62D9F">
        <w:rPr>
          <w:rFonts w:asciiTheme="minorBidi" w:hAnsiTheme="minorBidi"/>
          <w:sz w:val="24"/>
          <w:szCs w:val="24"/>
        </w:rPr>
        <w:t xml:space="preserve">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හා</w:t>
      </w:r>
      <w:r w:rsidR="00DB27E7" w:rsidRPr="00D62D9F">
        <w:rPr>
          <w:rFonts w:asciiTheme="minorBidi" w:hAnsiTheme="minorBidi"/>
          <w:sz w:val="24"/>
          <w:szCs w:val="24"/>
        </w:rPr>
        <w:t xml:space="preserve">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ව්</w:t>
      </w:r>
      <w:r w:rsidR="00DB27E7" w:rsidRPr="00D62D9F">
        <w:rPr>
          <w:rFonts w:asciiTheme="minorBidi" w:hAnsiTheme="minorBidi"/>
          <w:sz w:val="24"/>
          <w:szCs w:val="24"/>
        </w:rPr>
        <w:t>‍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යවස්ථාපිත</w:t>
      </w:r>
      <w:r w:rsidR="00DB27E7" w:rsidRPr="00D62D9F">
        <w:rPr>
          <w:rFonts w:asciiTheme="minorBidi" w:hAnsiTheme="minorBidi"/>
          <w:sz w:val="24"/>
          <w:szCs w:val="24"/>
        </w:rPr>
        <w:t xml:space="preserve">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ගෙවීම්</w:t>
      </w:r>
      <w:r w:rsidR="00DB27E7" w:rsidRPr="00D62D9F">
        <w:rPr>
          <w:rFonts w:asciiTheme="minorBidi" w:hAnsiTheme="minorBidi"/>
          <w:sz w:val="24"/>
          <w:szCs w:val="24"/>
        </w:rPr>
        <w:t xml:space="preserve">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ටෙන්ඩර්කරු</w:t>
      </w:r>
      <w:r w:rsidR="00DB27E7" w:rsidRPr="00D62D9F">
        <w:rPr>
          <w:rFonts w:asciiTheme="minorBidi" w:hAnsiTheme="minorBidi"/>
          <w:sz w:val="24"/>
          <w:szCs w:val="24"/>
        </w:rPr>
        <w:t xml:space="preserve">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විසින්</w:t>
      </w:r>
      <w:r w:rsidR="00DB27E7" w:rsidRPr="00D62D9F">
        <w:rPr>
          <w:rFonts w:asciiTheme="minorBidi" w:hAnsiTheme="minorBidi"/>
          <w:sz w:val="24"/>
          <w:szCs w:val="24"/>
        </w:rPr>
        <w:t xml:space="preserve">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දැරිය</w:t>
      </w:r>
      <w:r w:rsidR="00DB27E7" w:rsidRPr="00D62D9F">
        <w:rPr>
          <w:rFonts w:asciiTheme="minorBidi" w:hAnsiTheme="minorBidi"/>
          <w:sz w:val="24"/>
          <w:szCs w:val="24"/>
        </w:rPr>
        <w:t xml:space="preserve"> </w:t>
      </w:r>
      <w:r w:rsidR="00DB27E7"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යුතුය</w:t>
      </w:r>
      <w:r w:rsidR="00DB27E7" w:rsidRPr="00D62D9F">
        <w:rPr>
          <w:rFonts w:asciiTheme="minorBidi" w:hAnsiTheme="minorBidi"/>
          <w:sz w:val="24"/>
          <w:szCs w:val="24"/>
        </w:rPr>
        <w:t xml:space="preserve">.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බදුල්ලෙන්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පිටත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රාත්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රී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ගමන්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වාර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සඳහා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ගෙවන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පැයක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අතිකාල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ගාස්තුව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සහ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රාත්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රී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නවාතැන්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දීමනාව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ලංසු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පත්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රයේ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වෙනම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සටහන්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යුතුය</w:t>
      </w:r>
      <w:r w:rsidRPr="00D62D9F">
        <w:rPr>
          <w:rFonts w:asciiTheme="minorBidi" w:hAnsiTheme="minorBidi"/>
          <w:sz w:val="24"/>
          <w:szCs w:val="24"/>
        </w:rPr>
        <w:t xml:space="preserve">. </w:t>
      </w:r>
      <w:r w:rsidR="00480B15" w:rsidRPr="00D62D9F">
        <w:rPr>
          <w:rFonts w:asciiTheme="minorBidi" w:hAnsiTheme="minorBidi"/>
          <w:sz w:val="24"/>
          <w:szCs w:val="24"/>
          <w:cs/>
          <w:lang w:bidi="si-LK"/>
        </w:rPr>
        <w:t>විශ්වවිද්‍යාලය විසින් රියදුරු සඳහා වෙනම කිසිඳු ගෙවීමක් සිදු කරනු නොලැබේ.</w:t>
      </w:r>
      <w:r w:rsidR="00DB27E7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විශ්වවිද්</w:t>
      </w:r>
      <w:r w:rsidR="00480B15" w:rsidRPr="00D62D9F">
        <w:rPr>
          <w:rFonts w:asciiTheme="minorBidi" w:hAnsiTheme="minorBidi"/>
          <w:sz w:val="24"/>
          <w:szCs w:val="24"/>
        </w:rPr>
        <w:t>‍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යාල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පරිශ්</w:t>
      </w:r>
      <w:r w:rsidR="00480B15" w:rsidRPr="00D62D9F">
        <w:rPr>
          <w:rFonts w:asciiTheme="minorBidi" w:hAnsiTheme="minorBidi"/>
          <w:sz w:val="24"/>
          <w:szCs w:val="24"/>
        </w:rPr>
        <w:t>‍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රයේ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නවාතැන්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ගන්නා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රියදුරන්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සඳහා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නවාතැන්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පහසුකම්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විශ්වවිද්</w:t>
      </w:r>
      <w:r w:rsidR="00480B15" w:rsidRPr="00D62D9F">
        <w:rPr>
          <w:rFonts w:asciiTheme="minorBidi" w:hAnsiTheme="minorBidi"/>
          <w:sz w:val="24"/>
          <w:szCs w:val="24"/>
        </w:rPr>
        <w:t>‍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යාලය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මඟින්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සපයන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අතර</w:t>
      </w:r>
      <w:r w:rsidR="00480B15" w:rsidRPr="00D62D9F">
        <w:rPr>
          <w:rFonts w:asciiTheme="minorBidi" w:hAnsiTheme="minorBidi"/>
          <w:sz w:val="24"/>
          <w:szCs w:val="24"/>
        </w:rPr>
        <w:t xml:space="preserve">,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ඒ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වෙනුවෙන්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මාසිකව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එක්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රියදුරෙකු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සඳහා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රු</w:t>
      </w:r>
      <w:r w:rsidR="00480B15" w:rsidRPr="00D62D9F">
        <w:rPr>
          <w:rFonts w:asciiTheme="minorBidi" w:hAnsiTheme="minorBidi"/>
          <w:sz w:val="24"/>
          <w:szCs w:val="24"/>
        </w:rPr>
        <w:t>. 2,000.00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ක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මුදලක්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අය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ගනු</w:t>
      </w:r>
      <w:r w:rsidR="00480B15" w:rsidRPr="00D62D9F">
        <w:rPr>
          <w:rFonts w:asciiTheme="minorBidi" w:hAnsiTheme="minorBidi"/>
          <w:sz w:val="24"/>
          <w:szCs w:val="24"/>
        </w:rPr>
        <w:t xml:space="preserve"> </w:t>
      </w:r>
      <w:r w:rsidR="00480B15" w:rsidRPr="00D62D9F">
        <w:rPr>
          <w:rFonts w:asciiTheme="minorBidi" w:hAnsiTheme="minorBidi" w:cs="Iskoola Pota"/>
          <w:sz w:val="24"/>
          <w:szCs w:val="24"/>
          <w:cs/>
          <w:lang w:bidi="si-LK"/>
        </w:rPr>
        <w:t>ලැබේ</w:t>
      </w:r>
      <w:r w:rsidR="00480B15" w:rsidRPr="00D62D9F">
        <w:rPr>
          <w:rFonts w:asciiTheme="minorBidi" w:hAnsiTheme="minorBidi"/>
          <w:sz w:val="24"/>
          <w:szCs w:val="24"/>
        </w:rPr>
        <w:t>.</w:t>
      </w:r>
    </w:p>
    <w:bookmarkEnd w:id="4"/>
    <w:p w:rsidR="00ED7282" w:rsidRPr="00D62D9F" w:rsidRDefault="00ED7282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BC56CA" w:rsidRPr="00D62D9F" w:rsidRDefault="00DB27E7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bookmarkStart w:id="5" w:name="_Hlk238325282"/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ඉදිරිපත්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අවස්ථාවේදී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අවසන්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දිනට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පෙර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මාස</w:t>
      </w:r>
      <w:r w:rsidRPr="00D62D9F">
        <w:rPr>
          <w:rFonts w:asciiTheme="minorBidi" w:hAnsiTheme="minorBidi"/>
          <w:sz w:val="24"/>
          <w:szCs w:val="24"/>
        </w:rPr>
        <w:t xml:space="preserve"> 03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කාලය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තුළ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ලබාගත්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ඉන්ධන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පරිභෝජන</w:t>
      </w:r>
      <w:r w:rsidRPr="00D62D9F">
        <w:rPr>
          <w:rFonts w:asciiTheme="minorBidi" w:hAnsiTheme="minorBidi"/>
          <w:sz w:val="24"/>
          <w:szCs w:val="24"/>
        </w:rPr>
        <w:t>/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කාර්යක්ෂමතාව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පිළිබඳ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සහතිකයක්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="00F04A0F" w:rsidRPr="00D62D9F">
        <w:rPr>
          <w:rFonts w:asciiTheme="minorBidi" w:hAnsiTheme="minorBidi"/>
          <w:sz w:val="24"/>
          <w:szCs w:val="24"/>
        </w:rPr>
        <w:t xml:space="preserve">(Fuel Consumption Test Report)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ඉදිරිපත්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යුතුය</w:t>
      </w:r>
      <w:r w:rsidR="00F04A0F" w:rsidRPr="00D62D9F">
        <w:rPr>
          <w:rFonts w:asciiTheme="minorBidi" w:hAnsiTheme="minorBidi"/>
          <w:sz w:val="24"/>
          <w:szCs w:val="24"/>
        </w:rPr>
        <w:t>.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="00F04A0F" w:rsidRPr="00D62D9F">
        <w:rPr>
          <w:rFonts w:asciiTheme="minorBidi" w:hAnsiTheme="minorBidi"/>
          <w:b/>
          <w:sz w:val="24"/>
          <w:szCs w:val="24"/>
          <w:cs/>
          <w:lang w:bidi="si-LK"/>
        </w:rPr>
        <w:t>මෙය වාහන ඇගයීමේදි සලකා බලනු ලැබේ</w:t>
      </w:r>
      <w:r w:rsidRPr="00D62D9F">
        <w:rPr>
          <w:rFonts w:asciiTheme="minorBidi" w:hAnsiTheme="minorBidi"/>
          <w:sz w:val="24"/>
          <w:szCs w:val="24"/>
        </w:rPr>
        <w:t>.</w:t>
      </w:r>
      <w:bookmarkEnd w:id="5"/>
    </w:p>
    <w:p w:rsidR="00BC56CA" w:rsidRPr="00D62D9F" w:rsidRDefault="00BC56CA" w:rsidP="00F97BC1">
      <w:pPr>
        <w:pStyle w:val="ListParagraph"/>
        <w:spacing w:after="0" w:line="259" w:lineRule="auto"/>
        <w:rPr>
          <w:rFonts w:asciiTheme="minorBidi" w:hAnsiTheme="minorBidi"/>
          <w:sz w:val="24"/>
          <w:szCs w:val="24"/>
        </w:rPr>
      </w:pPr>
    </w:p>
    <w:p w:rsidR="006B1CE5" w:rsidRPr="00D62D9F" w:rsidRDefault="00BC56CA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තේරී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වූ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ටෙන්ඩර්කරුට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ගිවිසුම්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කාලය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තුළ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ඉවත්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ගැනීමට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අවශ්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නම්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අවම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වශයෙන්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මාසයක</w:t>
      </w:r>
      <w:r w:rsidRPr="00D62D9F">
        <w:rPr>
          <w:rFonts w:asciiTheme="minorBidi" w:hAnsiTheme="minorBidi"/>
          <w:sz w:val="24"/>
          <w:szCs w:val="24"/>
        </w:rPr>
        <w:t xml:space="preserve"> (01)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පූර්ව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ලිඛිත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දැනුම්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දීමක්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යුතුය</w:t>
      </w:r>
      <w:r w:rsidRPr="00D62D9F">
        <w:rPr>
          <w:rFonts w:asciiTheme="minorBidi" w:hAnsiTheme="minorBidi"/>
          <w:sz w:val="24"/>
          <w:szCs w:val="24"/>
        </w:rPr>
        <w:t xml:space="preserve">.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විශ්වවිද්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යාලයට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අදාළ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තවදුරටත්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අවශ්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නොවන්නේ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නම්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හිමිකරු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වෙත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දැනුම්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දී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මාසයක</w:t>
      </w:r>
      <w:r w:rsidRPr="00D62D9F">
        <w:rPr>
          <w:rFonts w:asciiTheme="minorBidi" w:hAnsiTheme="minorBidi"/>
          <w:sz w:val="24"/>
          <w:szCs w:val="24"/>
        </w:rPr>
        <w:t xml:space="preserve"> (01)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කාලයක්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ඇතුළත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විශ්වවිද්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යාලයෙන්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lastRenderedPageBreak/>
        <w:t>ඉවත්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ගැනීමට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කටයුතු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කරනු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ලැබේ</w:t>
      </w:r>
      <w:r w:rsidRPr="00D62D9F">
        <w:rPr>
          <w:rFonts w:asciiTheme="minorBidi" w:hAnsiTheme="minorBidi"/>
          <w:sz w:val="24"/>
          <w:szCs w:val="24"/>
        </w:rPr>
        <w:t>.</w:t>
      </w:r>
      <w:r w:rsidR="00AB5C64" w:rsidRPr="00D62D9F">
        <w:rPr>
          <w:rFonts w:asciiTheme="minorBidi" w:hAnsiTheme="minorBidi"/>
          <w:sz w:val="24"/>
          <w:szCs w:val="24"/>
        </w:rPr>
        <w:t xml:space="preserve"> </w:t>
      </w:r>
      <w:r w:rsidR="00AB5C64" w:rsidRPr="00D62D9F">
        <w:rPr>
          <w:rFonts w:asciiTheme="minorBidi" w:hAnsiTheme="minorBidi"/>
          <w:sz w:val="24"/>
          <w:szCs w:val="24"/>
          <w:cs/>
          <w:lang w:bidi="si-LK"/>
        </w:rPr>
        <w:t xml:space="preserve">මාස </w:t>
      </w:r>
      <w:r w:rsidR="00AB5C64" w:rsidRPr="00D62D9F">
        <w:rPr>
          <w:rFonts w:asciiTheme="minorBidi" w:hAnsiTheme="minorBidi"/>
          <w:sz w:val="24"/>
          <w:szCs w:val="24"/>
        </w:rPr>
        <w:t>01</w:t>
      </w:r>
      <w:r w:rsidR="00AB5C64" w:rsidRPr="00D62D9F">
        <w:rPr>
          <w:rFonts w:asciiTheme="minorBidi" w:hAnsiTheme="minorBidi"/>
          <w:sz w:val="24"/>
          <w:szCs w:val="24"/>
          <w:cs/>
          <w:lang w:bidi="si-LK"/>
        </w:rPr>
        <w:t>ක පූර්ව දැනුම් දීමකින්</w:t>
      </w:r>
      <w:r w:rsidR="00AB5C64" w:rsidRPr="00D62D9F">
        <w:rPr>
          <w:rFonts w:asciiTheme="minorBidi" w:hAnsiTheme="minorBidi"/>
          <w:sz w:val="24"/>
          <w:szCs w:val="24"/>
        </w:rPr>
        <w:t xml:space="preserve"> </w:t>
      </w:r>
      <w:r w:rsidR="00AB5C64" w:rsidRPr="00D62D9F">
        <w:rPr>
          <w:rFonts w:asciiTheme="minorBidi" w:hAnsiTheme="minorBidi"/>
          <w:sz w:val="24"/>
          <w:szCs w:val="24"/>
          <w:cs/>
          <w:lang w:bidi="si-LK"/>
        </w:rPr>
        <w:t>තොරව වාහනය සේවයෙන් ඉවත් කර ගන්නේ නම්</w:t>
      </w:r>
      <w:r w:rsidR="00AB5C64" w:rsidRPr="00D62D9F">
        <w:rPr>
          <w:rFonts w:asciiTheme="minorBidi" w:hAnsiTheme="minorBidi"/>
          <w:sz w:val="24"/>
          <w:szCs w:val="24"/>
        </w:rPr>
        <w:t xml:space="preserve">, </w:t>
      </w:r>
      <w:r w:rsidR="00AB5C64" w:rsidRPr="00D62D9F">
        <w:rPr>
          <w:rFonts w:asciiTheme="minorBidi" w:hAnsiTheme="minorBidi"/>
          <w:sz w:val="24"/>
          <w:szCs w:val="24"/>
          <w:cs/>
          <w:lang w:bidi="si-LK"/>
        </w:rPr>
        <w:t>ඉහත කාර්ය සාධන බැඳුම්කරය විශ්වවිද්‍යාලයට රාජසන්තක</w:t>
      </w:r>
      <w:r w:rsidR="00AB5C64" w:rsidRPr="00D62D9F">
        <w:rPr>
          <w:rFonts w:asciiTheme="minorBidi" w:hAnsiTheme="minorBidi"/>
          <w:sz w:val="24"/>
          <w:szCs w:val="24"/>
        </w:rPr>
        <w:t xml:space="preserve"> </w:t>
      </w:r>
      <w:r w:rsidR="00AB5C64" w:rsidRPr="00D62D9F">
        <w:rPr>
          <w:rFonts w:asciiTheme="minorBidi" w:hAnsiTheme="minorBidi"/>
          <w:sz w:val="24"/>
          <w:szCs w:val="24"/>
          <w:cs/>
          <w:lang w:bidi="si-LK"/>
        </w:rPr>
        <w:t>කර ගැනීමේ පූර්ණ</w:t>
      </w:r>
      <w:r w:rsidR="00AB5C64" w:rsidRPr="00D62D9F">
        <w:rPr>
          <w:rFonts w:asciiTheme="minorBidi" w:hAnsiTheme="minorBidi"/>
          <w:sz w:val="24"/>
          <w:szCs w:val="24"/>
        </w:rPr>
        <w:t xml:space="preserve"> </w:t>
      </w:r>
      <w:r w:rsidR="00AB5C64" w:rsidRPr="00D62D9F">
        <w:rPr>
          <w:rFonts w:asciiTheme="minorBidi" w:hAnsiTheme="minorBidi"/>
          <w:sz w:val="24"/>
          <w:szCs w:val="24"/>
          <w:cs/>
          <w:lang w:bidi="si-LK"/>
        </w:rPr>
        <w:t>අයිතිය විශ්වවිද්‍යාලය සතු වේ.</w:t>
      </w:r>
    </w:p>
    <w:p w:rsidR="006B1CE5" w:rsidRPr="00D62D9F" w:rsidRDefault="006B1CE5" w:rsidP="00F97BC1">
      <w:pPr>
        <w:pStyle w:val="ListParagraph"/>
        <w:spacing w:after="0" w:line="259" w:lineRule="auto"/>
        <w:rPr>
          <w:rFonts w:asciiTheme="minorBidi" w:hAnsiTheme="minorBidi"/>
          <w:sz w:val="24"/>
          <w:szCs w:val="24"/>
        </w:rPr>
      </w:pPr>
    </w:p>
    <w:p w:rsidR="00B5086A" w:rsidRPr="00D62D9F" w:rsidRDefault="006B1CE5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සාර්ථක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ටෙන්ඩර්කරු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විසින්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මාස</w:t>
      </w:r>
      <w:r w:rsidRPr="00D62D9F">
        <w:rPr>
          <w:rFonts w:asciiTheme="minorBidi" w:hAnsiTheme="minorBidi"/>
          <w:sz w:val="24"/>
          <w:szCs w:val="24"/>
        </w:rPr>
        <w:t xml:space="preserve"> 12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මුළු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වටිනාකමින්</w:t>
      </w:r>
      <w:r w:rsidRPr="00D62D9F">
        <w:rPr>
          <w:rFonts w:asciiTheme="minorBidi" w:hAnsiTheme="minorBidi"/>
          <w:sz w:val="24"/>
          <w:szCs w:val="24"/>
        </w:rPr>
        <w:t xml:space="preserve"> 5%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සමාන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වූ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මාස</w:t>
      </w:r>
      <w:r w:rsidRPr="00D62D9F">
        <w:rPr>
          <w:rFonts w:asciiTheme="minorBidi" w:hAnsiTheme="minorBidi"/>
          <w:sz w:val="24"/>
          <w:szCs w:val="24"/>
        </w:rPr>
        <w:t xml:space="preserve"> 13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කාලයක්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සඳහා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වලංගු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කාර්ය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සාධන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බැඳුම්කරයක්</w:t>
      </w:r>
      <w:r w:rsidRPr="00D62D9F">
        <w:rPr>
          <w:rFonts w:asciiTheme="minorBidi" w:hAnsiTheme="minorBidi"/>
          <w:sz w:val="24"/>
          <w:szCs w:val="24"/>
        </w:rPr>
        <w:t xml:space="preserve"> (Performance Bond)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විශ්වවිද්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යාලය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වෙත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භාරදිය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යුතුය</w:t>
      </w:r>
      <w:r w:rsidRPr="00D62D9F">
        <w:rPr>
          <w:rFonts w:asciiTheme="minorBidi" w:hAnsiTheme="minorBidi"/>
          <w:sz w:val="24"/>
          <w:szCs w:val="24"/>
        </w:rPr>
        <w:t xml:space="preserve">.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කාලය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දීර්ඝ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කරන්නේ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නම්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මෙම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බැඳුම්කරයේ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වලංගු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කාලයද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ඊට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අනුකූලව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දීර්ඝ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යුතුය</w:t>
      </w:r>
      <w:r w:rsidRPr="00D62D9F">
        <w:rPr>
          <w:rFonts w:asciiTheme="minorBidi" w:hAnsiTheme="minorBidi"/>
          <w:sz w:val="24"/>
          <w:szCs w:val="24"/>
        </w:rPr>
        <w:t>.</w:t>
      </w:r>
    </w:p>
    <w:p w:rsidR="00B5086A" w:rsidRPr="00D62D9F" w:rsidRDefault="00B5086A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  <w:rtl/>
          <w:cs/>
        </w:rPr>
      </w:pPr>
    </w:p>
    <w:p w:rsidR="007B02D9" w:rsidRPr="00D62D9F" w:rsidRDefault="00B5086A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/>
          <w:sz w:val="24"/>
          <w:szCs w:val="24"/>
          <w:cs/>
          <w:lang w:bidi="si-LK"/>
        </w:rPr>
        <w:t xml:space="preserve">වාහනය පැය </w:t>
      </w:r>
      <w:r w:rsidRPr="00D62D9F">
        <w:rPr>
          <w:rFonts w:asciiTheme="minorBidi" w:hAnsiTheme="minorBidi"/>
          <w:sz w:val="24"/>
          <w:szCs w:val="24"/>
        </w:rPr>
        <w:t>24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කට වැඩි කාලයක් නඩත්තු හෝ දෝෂ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සහිත තත්ත්වයන් නිසා හෝ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භාවිතයෙන් බැහැර වීමට සිදු වුවහොත්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ඒ සඳහා ආදේශක වාහනයක් සැපයීමට ටෙන්ඩර්කරු බැඳී සිටී. එසේ නොකරන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 xml:space="preserve">අවස්ථාවලදී කොන්දේසි අංක </w:t>
      </w:r>
      <w:r w:rsidRPr="00D62D9F">
        <w:rPr>
          <w:rFonts w:asciiTheme="minorBidi" w:hAnsiTheme="minorBidi"/>
          <w:sz w:val="24"/>
          <w:szCs w:val="24"/>
        </w:rPr>
        <w:t>09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 xml:space="preserve"> ප්‍රකාරව මුදල් අඩු කිරීමට හෝ කාර්ය සාධන බැඳුම්කරයෙන්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අය කර ගැනීමට කටයුතු කෙරේ. විශ්වවිද්‍යාලය විසින් බාහිරින් වෙනත් වාහනයක් යෙදවීමට සිදු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වුවහොත් ඊට යන සම්පූර්ණ පිරිවැය ටෙන්ඩර්කරුගෙන් අය කර ගනු ලැබේ.</w:t>
      </w:r>
    </w:p>
    <w:p w:rsidR="007B02D9" w:rsidRPr="00D62D9F" w:rsidRDefault="007B02D9" w:rsidP="00F97BC1">
      <w:pPr>
        <w:pStyle w:val="ListParagraph"/>
        <w:spacing w:after="0" w:line="259" w:lineRule="auto"/>
        <w:rPr>
          <w:rFonts w:asciiTheme="minorBidi" w:hAnsiTheme="minorBidi"/>
          <w:sz w:val="24"/>
          <w:szCs w:val="24"/>
          <w:cs/>
          <w:lang w:bidi="si-LK"/>
        </w:rPr>
      </w:pPr>
    </w:p>
    <w:p w:rsidR="007B02D9" w:rsidRPr="00D62D9F" w:rsidRDefault="007B02D9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/>
          <w:sz w:val="24"/>
          <w:szCs w:val="24"/>
          <w:cs/>
          <w:lang w:bidi="si-LK"/>
        </w:rPr>
        <w:t>වාහනයේ සියලුම ආසන සඳහා සම්මත මගී ආරක්ෂක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පටි (</w:t>
      </w:r>
      <w:r w:rsidRPr="00D62D9F">
        <w:rPr>
          <w:rFonts w:asciiTheme="minorBidi" w:hAnsiTheme="minorBidi"/>
          <w:sz w:val="24"/>
          <w:szCs w:val="24"/>
        </w:rPr>
        <w:t xml:space="preserve">Seat Belts)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තිබිය යුතුය.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ආසන හිස රැඳවුම් (</w:t>
      </w:r>
      <w:r w:rsidRPr="00D62D9F">
        <w:rPr>
          <w:rFonts w:asciiTheme="minorBidi" w:hAnsiTheme="minorBidi"/>
          <w:sz w:val="24"/>
          <w:szCs w:val="24"/>
        </w:rPr>
        <w:t xml:space="preserve">Head Rest)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සහිත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සුවපහසු ලෙස සකස් කළ හැකි (</w:t>
      </w:r>
      <w:r w:rsidRPr="00D62D9F">
        <w:rPr>
          <w:rFonts w:asciiTheme="minorBidi" w:hAnsiTheme="minorBidi"/>
          <w:sz w:val="24"/>
          <w:szCs w:val="24"/>
        </w:rPr>
        <w:t xml:space="preserve">Adjustable)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සම්මත ප්‍රමාණයේ ඒවා විය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යුතුය.</w:t>
      </w:r>
    </w:p>
    <w:p w:rsidR="007B02D9" w:rsidRPr="00D62D9F" w:rsidRDefault="007B02D9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7B02D9" w:rsidRPr="00D62D9F" w:rsidRDefault="007B02D9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/>
          <w:sz w:val="24"/>
          <w:szCs w:val="24"/>
          <w:cs/>
          <w:lang w:bidi="si-LK"/>
        </w:rPr>
        <w:t>පිළිගත් ටෙන්ඩර්කරු වාහනය සෑම විටම මනා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ක්‍රි</w:t>
      </w:r>
      <w:bookmarkStart w:id="6" w:name="_Hlk238413735"/>
      <w:r w:rsidRPr="00D62D9F">
        <w:rPr>
          <w:rFonts w:asciiTheme="minorBidi" w:hAnsiTheme="minorBidi"/>
          <w:sz w:val="24"/>
          <w:szCs w:val="24"/>
          <w:cs/>
          <w:lang w:bidi="si-LK"/>
        </w:rPr>
        <w:t xml:space="preserve">යාකාරී </w:t>
      </w:r>
      <w:bookmarkEnd w:id="6"/>
      <w:r w:rsidRPr="00D62D9F">
        <w:rPr>
          <w:rFonts w:asciiTheme="minorBidi" w:hAnsiTheme="minorBidi"/>
          <w:sz w:val="24"/>
          <w:szCs w:val="24"/>
          <w:cs/>
          <w:lang w:bidi="si-LK"/>
        </w:rPr>
        <w:t>ධාවන තත්ත්වයෙන් පවත්වා ගත යුතුය. විශ්වවිද්‍යාල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බලධාරීන් විසින් නියම කරන අවස්ථාවලදී වායු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සමීකරණ (</w:t>
      </w:r>
      <w:r w:rsidRPr="00D62D9F">
        <w:rPr>
          <w:rFonts w:asciiTheme="minorBidi" w:hAnsiTheme="minorBidi"/>
          <w:sz w:val="24"/>
          <w:szCs w:val="24"/>
        </w:rPr>
        <w:t xml:space="preserve">A/C),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තිරිංග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බැටරි පද්ධති නිවැරදි කිරීම සහ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ටයර් මාරු කිරීම ප්‍රමුඛතාව මත සිදු කළ යුතුය.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වාහනය ඇතුළත හා පිටත පිරිසිදුව පවත්වා ගත යුතුය.</w:t>
      </w:r>
    </w:p>
    <w:p w:rsidR="00ED7282" w:rsidRPr="00D62D9F" w:rsidRDefault="00ED7282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1F5050" w:rsidRPr="00D62D9F" w:rsidRDefault="00DB27E7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නුසුදුසු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ධාවන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තත්ත්වය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රියදුරුගේ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නොසැලකිල්ල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රාජකාරිය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නිසි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ලෙස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ඉටු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නොකිරීම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හෝ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විශ්වවිද්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යාලයේ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නීත්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යානුකූල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උපදෙස්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නොපිළිපැදීම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වැනි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හේතු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අදාළ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හෝ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රියදුරු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ඉවත්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කිරීමට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විශ්වවිද්</w:t>
      </w:r>
      <w:r w:rsidRPr="00D62D9F">
        <w:rPr>
          <w:rFonts w:asciiTheme="minorBidi" w:hAnsiTheme="minorBidi"/>
          <w:sz w:val="24"/>
          <w:szCs w:val="24"/>
        </w:rPr>
        <w:t>‍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යාලයට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අයිතිය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ඇත</w:t>
      </w:r>
      <w:r w:rsidRPr="00D62D9F">
        <w:rPr>
          <w:rFonts w:asciiTheme="minorBidi" w:hAnsiTheme="minorBidi"/>
          <w:sz w:val="24"/>
          <w:szCs w:val="24"/>
        </w:rPr>
        <w:t>.</w:t>
      </w:r>
    </w:p>
    <w:p w:rsidR="00ED7282" w:rsidRPr="00D62D9F" w:rsidRDefault="00ED7282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7B02D9" w:rsidRPr="00D62D9F" w:rsidRDefault="007B02D9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/>
          <w:sz w:val="24"/>
          <w:szCs w:val="24"/>
          <w:cs/>
          <w:lang w:bidi="si-LK"/>
        </w:rPr>
        <w:t>වාහනය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සේවයේ යොදවන පළමු දිනට පෙර රියදුරුගේ පහත සඳහන් ලියකියවිලි විශ්වවිද්‍යාලය වෙත භාරදිය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යුතු අතර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අනුමත රියදුරන් පමණක් සේවයේ යෙදවිය යුතුය:</w:t>
      </w:r>
    </w:p>
    <w:p w:rsidR="007B02D9" w:rsidRPr="00D62D9F" w:rsidRDefault="007B02D9" w:rsidP="00F97BC1">
      <w:pPr>
        <w:pStyle w:val="ListParagraph"/>
        <w:numPr>
          <w:ilvl w:val="0"/>
          <w:numId w:val="18"/>
        </w:numPr>
        <w:spacing w:after="0" w:line="259" w:lineRule="auto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/>
          <w:sz w:val="24"/>
          <w:szCs w:val="24"/>
          <w:cs/>
          <w:lang w:bidi="si-LK"/>
        </w:rPr>
        <w:t>රියදුරු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බලපත්‍රයේ පිටපත</w:t>
      </w:r>
    </w:p>
    <w:p w:rsidR="007B02D9" w:rsidRPr="00D62D9F" w:rsidRDefault="007B02D9" w:rsidP="00F97BC1">
      <w:pPr>
        <w:pStyle w:val="ListParagraph"/>
        <w:numPr>
          <w:ilvl w:val="0"/>
          <w:numId w:val="18"/>
        </w:numPr>
        <w:spacing w:after="0" w:line="259" w:lineRule="auto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/>
          <w:sz w:val="24"/>
          <w:szCs w:val="24"/>
          <w:cs/>
          <w:lang w:bidi="si-LK"/>
        </w:rPr>
        <w:t>ජාතික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හැඳුනුම්පත් පිටපත</w:t>
      </w:r>
    </w:p>
    <w:p w:rsidR="007B02D9" w:rsidRPr="00D62D9F" w:rsidRDefault="007B02D9" w:rsidP="00F97BC1">
      <w:pPr>
        <w:pStyle w:val="ListParagraph"/>
        <w:numPr>
          <w:ilvl w:val="0"/>
          <w:numId w:val="18"/>
        </w:numPr>
        <w:spacing w:after="0" w:line="259" w:lineRule="auto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/>
          <w:sz w:val="24"/>
          <w:szCs w:val="24"/>
          <w:cs/>
          <w:lang w:bidi="si-LK"/>
        </w:rPr>
        <w:t>මාස</w:t>
      </w:r>
      <w:r w:rsidRPr="00D62D9F">
        <w:rPr>
          <w:rFonts w:asciiTheme="minorBidi" w:hAnsiTheme="minorBidi"/>
          <w:sz w:val="24"/>
          <w:szCs w:val="24"/>
        </w:rPr>
        <w:t xml:space="preserve"> 03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ක් ඇතුළත ලබාගත් පොලිස් වාර්තාව</w:t>
      </w:r>
    </w:p>
    <w:p w:rsidR="007B02D9" w:rsidRPr="00D62D9F" w:rsidRDefault="007B02D9" w:rsidP="00F97BC1">
      <w:pPr>
        <w:pStyle w:val="ListParagraph"/>
        <w:spacing w:after="0" w:line="259" w:lineRule="auto"/>
        <w:ind w:left="1260"/>
        <w:rPr>
          <w:rFonts w:asciiTheme="minorBidi" w:hAnsiTheme="minorBidi"/>
          <w:sz w:val="24"/>
          <w:szCs w:val="24"/>
        </w:rPr>
      </w:pPr>
    </w:p>
    <w:p w:rsidR="007B02D9" w:rsidRPr="00D62D9F" w:rsidRDefault="007B02D9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/>
          <w:sz w:val="24"/>
          <w:szCs w:val="24"/>
          <w:cs/>
          <w:lang w:bidi="si-LK"/>
        </w:rPr>
        <w:t>වාහනයට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සිදු වන අනතුරු සම්බන්ධයෙන් විශ්වවිද්‍යාලය වගකියනු නොලැබේ. අනතුරකදී මගීන් සඳහා වන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රක්ෂණ වන්දි ලබා දීමට ටෙන්ඩර්කරු මැදිහත් විය යුතුය.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කාර්මික දෝෂයක් හෝ අනතුරක් හේතුවෙන් වාහනය ධාවනය කළ නොහැකි වූ විට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ටෙන්ඩර්කරු විසින් සුදුසු ප්‍රතිස්ථාපන වාහනයක් ලබා දිය යුතුය.</w:t>
      </w:r>
    </w:p>
    <w:p w:rsidR="00ED7282" w:rsidRPr="00D62D9F" w:rsidRDefault="00ED7282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F97BC1" w:rsidRPr="00D62D9F" w:rsidRDefault="00F97BC1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/>
          <w:sz w:val="24"/>
          <w:szCs w:val="24"/>
          <w:cs/>
          <w:lang w:bidi="si-LK"/>
        </w:rPr>
        <w:t>සපයනු ලබන වාහනයට අදාළ ධාවන සටහන් පොත</w:t>
      </w:r>
      <w:r w:rsidRPr="00D62D9F">
        <w:rPr>
          <w:rFonts w:asciiTheme="minorBidi" w:hAnsiTheme="minorBidi"/>
          <w:sz w:val="24"/>
          <w:szCs w:val="24"/>
        </w:rPr>
        <w:t xml:space="preserve"> (Running Charts)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රියදුරු විසින් මනා ලෙස පවත්වාගෙන යා යුතු අතර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සෑම ගමනක් අවසානයේදීම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අදාළ නිලධාරියාගේ අත්සන ලබා ගත යුතුය.</w:t>
      </w:r>
    </w:p>
    <w:p w:rsidR="00F97BC1" w:rsidRPr="00D62D9F" w:rsidRDefault="00F97BC1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F97BC1" w:rsidRPr="00D62D9F" w:rsidRDefault="00F97BC1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/>
          <w:sz w:val="24"/>
          <w:szCs w:val="24"/>
          <w:cs/>
          <w:lang w:bidi="si-LK"/>
        </w:rPr>
        <w:t>සෑම මසක් අවසානයේදීම ධාවන සටහන් පොත සමඟ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මාසික බිල්පත ඉදිරිපත් කළ යුතුය. නිලධාරීන් විසින් අත්සන් කර නොමැති කිලෝමීටර සඳහා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 xml:space="preserve">ගෙවීම් කරනු නොලැබේ. මාසය අවසන් වී දින </w:t>
      </w:r>
      <w:r w:rsidRPr="00D62D9F">
        <w:rPr>
          <w:rFonts w:asciiTheme="minorBidi" w:hAnsiTheme="minorBidi"/>
          <w:sz w:val="24"/>
          <w:szCs w:val="24"/>
        </w:rPr>
        <w:t>15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ක් ඇතුළත බිල්පත් ගෙවීම් සඳහා යොමු කළ යුතුය.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 xml:space="preserve">ප්‍රමාද වන සෑම සතියක් සඳහාම මුළු බිල්පත් වටිනාකමින් </w:t>
      </w:r>
      <w:r w:rsidRPr="00D62D9F">
        <w:rPr>
          <w:rFonts w:asciiTheme="minorBidi" w:hAnsiTheme="minorBidi"/>
          <w:sz w:val="24"/>
          <w:szCs w:val="24"/>
        </w:rPr>
        <w:t>0.5%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ක දඩයක්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 xml:space="preserve">උපරිම </w:t>
      </w:r>
      <w:r w:rsidRPr="00D62D9F">
        <w:rPr>
          <w:rFonts w:asciiTheme="minorBidi" w:hAnsiTheme="minorBidi"/>
          <w:sz w:val="24"/>
          <w:szCs w:val="24"/>
        </w:rPr>
        <w:t>10%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ක සීමාවකට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යටත්ව කපා හරිනු ලැබේ.</w:t>
      </w:r>
    </w:p>
    <w:p w:rsidR="00F97BC1" w:rsidRPr="00D62D9F" w:rsidRDefault="00F97BC1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F97BC1" w:rsidRPr="00D62D9F" w:rsidRDefault="00F97BC1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/>
          <w:sz w:val="24"/>
          <w:szCs w:val="24"/>
          <w:cs/>
          <w:lang w:bidi="si-LK"/>
        </w:rPr>
        <w:t>ටෙන්ඩර් මිළ ගණන් ඉදිරිපත් කිරීමේදී මුල්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පිටපත සහ අනුපිටපත වෙන වෙනම සීල් තැබූ කවරවල බහා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 xml:space="preserve">කවරයේ වම්පස ඉහළ කෙළවරේ </w:t>
      </w:r>
      <w:r w:rsidRPr="00D62D9F">
        <w:rPr>
          <w:rFonts w:asciiTheme="minorBidi" w:hAnsiTheme="minorBidi"/>
          <w:sz w:val="24"/>
          <w:szCs w:val="24"/>
        </w:rPr>
        <w:t>'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මාසික කුලී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 xml:space="preserve">පදනම මත වාහන සැපයීම - ටෙන්ඩර් අංක: </w:t>
      </w:r>
      <w:r w:rsidRPr="00D62D9F">
        <w:rPr>
          <w:rFonts w:asciiTheme="minorBidi" w:hAnsiTheme="minorBidi"/>
          <w:sz w:val="24"/>
          <w:szCs w:val="24"/>
        </w:rPr>
        <w:t>UWU/GA/NCB/2026/</w:t>
      </w:r>
      <w:r w:rsidR="00EC4D0D" w:rsidRPr="00D62D9F">
        <w:rPr>
          <w:rFonts w:asciiTheme="minorBidi" w:hAnsiTheme="minorBidi"/>
          <w:sz w:val="24"/>
          <w:szCs w:val="24"/>
        </w:rPr>
        <w:t>26</w:t>
      </w:r>
      <w:r w:rsidRPr="00D62D9F">
        <w:rPr>
          <w:rFonts w:asciiTheme="minorBidi" w:hAnsiTheme="minorBidi"/>
          <w:sz w:val="24"/>
          <w:szCs w:val="24"/>
        </w:rPr>
        <w:t xml:space="preserve">'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ලෙස සඳහන් කර</w:t>
      </w:r>
      <w:r w:rsidRPr="00D62D9F">
        <w:rPr>
          <w:rFonts w:asciiTheme="minorBidi" w:hAnsiTheme="minorBidi"/>
          <w:sz w:val="24"/>
          <w:szCs w:val="24"/>
        </w:rPr>
        <w:t>, '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සභාපති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ප්‍රසම්පාදන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කමිටුව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ඌව වෙල්ලස්ස විශ්වවිද්‍යාලය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බදුල්ල</w:t>
      </w:r>
      <w:r w:rsidRPr="00D62D9F">
        <w:rPr>
          <w:rFonts w:asciiTheme="minorBidi" w:hAnsiTheme="minorBidi"/>
          <w:sz w:val="24"/>
          <w:szCs w:val="24"/>
        </w:rPr>
        <w:t xml:space="preserve">'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යන ලිපිනයට ලියාපදිංචි තැපෑලෙන් හෝ විශ්වවිද්‍යාලයේ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 xml:space="preserve">ලේඛකාධිකාරී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lastRenderedPageBreak/>
        <w:t xml:space="preserve">කාර්යාලයේ තබා ඇති ටෙන්ඩර් පෙට්ටියට </w:t>
      </w:r>
      <w:r w:rsidRPr="00D62D9F">
        <w:rPr>
          <w:rFonts w:asciiTheme="minorBidi" w:hAnsiTheme="minorBidi"/>
          <w:sz w:val="24"/>
          <w:szCs w:val="24"/>
        </w:rPr>
        <w:t>2026.0</w:t>
      </w:r>
      <w:r w:rsidR="00EC4D0D" w:rsidRPr="00D62D9F">
        <w:rPr>
          <w:rFonts w:asciiTheme="minorBidi" w:hAnsiTheme="minorBidi"/>
          <w:sz w:val="24"/>
          <w:szCs w:val="24"/>
        </w:rPr>
        <w:t>9</w:t>
      </w:r>
      <w:r w:rsidRPr="00D62D9F">
        <w:rPr>
          <w:rFonts w:asciiTheme="minorBidi" w:hAnsiTheme="minorBidi"/>
          <w:sz w:val="24"/>
          <w:szCs w:val="24"/>
        </w:rPr>
        <w:t>.</w:t>
      </w:r>
      <w:r w:rsidR="00EC4D0D" w:rsidRPr="00D62D9F">
        <w:rPr>
          <w:rFonts w:asciiTheme="minorBidi" w:hAnsiTheme="minorBidi"/>
          <w:sz w:val="24"/>
          <w:szCs w:val="24"/>
        </w:rPr>
        <w:t>22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වන දින පෙ.ව.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="00EC4D0D" w:rsidRPr="00D62D9F">
        <w:rPr>
          <w:rFonts w:asciiTheme="minorBidi" w:hAnsiTheme="minorBidi"/>
          <w:sz w:val="24"/>
          <w:szCs w:val="24"/>
        </w:rPr>
        <w:t>11.30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ට පෙර ලැබෙන සේ යොමු කළ යුතුය.</w:t>
      </w:r>
    </w:p>
    <w:p w:rsidR="00F97BC1" w:rsidRPr="00D62D9F" w:rsidRDefault="00F97BC1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F97BC1" w:rsidRPr="00D62D9F" w:rsidRDefault="00F97BC1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/>
          <w:sz w:val="24"/>
          <w:szCs w:val="24"/>
          <w:cs/>
          <w:lang w:bidi="si-LK"/>
        </w:rPr>
        <w:t>නියමිත වේලාවට පසුව ලැබෙන ටෙන්ඩර්පත් සෘජුවම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ප්‍රතික්ෂේප කරනු ලැබේ. තැපෑලේදී සිදු වන ප්‍රමාදයන් සම්බන්ධයෙන් විශ්වවිද්‍යාලය වගකියනු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නොලැබේ.</w:t>
      </w:r>
    </w:p>
    <w:p w:rsidR="00F97BC1" w:rsidRPr="00D62D9F" w:rsidRDefault="00F97BC1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F97BC1" w:rsidRPr="00D62D9F" w:rsidRDefault="00F97BC1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/>
          <w:sz w:val="24"/>
          <w:szCs w:val="24"/>
          <w:cs/>
          <w:lang w:bidi="si-LK"/>
        </w:rPr>
        <w:t xml:space="preserve">ටෙන්ඩර්පත් </w:t>
      </w:r>
      <w:r w:rsidRPr="00D62D9F">
        <w:rPr>
          <w:rFonts w:asciiTheme="minorBidi" w:hAnsiTheme="minorBidi"/>
          <w:sz w:val="24"/>
          <w:szCs w:val="24"/>
        </w:rPr>
        <w:t>2026.0</w:t>
      </w:r>
      <w:r w:rsidR="00EC4D0D" w:rsidRPr="00D62D9F">
        <w:rPr>
          <w:rFonts w:asciiTheme="minorBidi" w:hAnsiTheme="minorBidi"/>
          <w:sz w:val="24"/>
          <w:szCs w:val="24"/>
        </w:rPr>
        <w:t>9</w:t>
      </w:r>
      <w:r w:rsidRPr="00D62D9F">
        <w:rPr>
          <w:rFonts w:asciiTheme="minorBidi" w:hAnsiTheme="minorBidi"/>
          <w:sz w:val="24"/>
          <w:szCs w:val="24"/>
        </w:rPr>
        <w:t>.</w:t>
      </w:r>
      <w:r w:rsidR="00EC4D0D" w:rsidRPr="00D62D9F">
        <w:rPr>
          <w:rFonts w:asciiTheme="minorBidi" w:hAnsiTheme="minorBidi"/>
          <w:sz w:val="24"/>
          <w:szCs w:val="24"/>
        </w:rPr>
        <w:t>22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වන දින පෙ.ව.</w:t>
      </w:r>
      <w:r w:rsidRPr="00D62D9F">
        <w:rPr>
          <w:rFonts w:asciiTheme="minorBidi" w:hAnsiTheme="minorBidi"/>
          <w:sz w:val="24"/>
          <w:szCs w:val="24"/>
        </w:rPr>
        <w:t xml:space="preserve"> 1</w:t>
      </w:r>
      <w:r w:rsidR="00EC4D0D" w:rsidRPr="00D62D9F">
        <w:rPr>
          <w:rFonts w:asciiTheme="minorBidi" w:hAnsiTheme="minorBidi"/>
          <w:sz w:val="24"/>
          <w:szCs w:val="24"/>
        </w:rPr>
        <w:t>1.30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ට විශ්වවිද්‍යාලයීය ප්‍රධාන පරිපාලන ගොඩනැගිල්ලේදී විවෘත කරනු ලබන අතර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ඒ සඳහා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ලංසුකරුවන්ට හෝ ඔවුන්ගේ බලයලත් නියෝජිතයෙකුට සහභාගී විය හැක.</w:t>
      </w:r>
    </w:p>
    <w:p w:rsidR="00F97BC1" w:rsidRPr="00D62D9F" w:rsidRDefault="00F97BC1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F97BC1" w:rsidRPr="00D62D9F" w:rsidRDefault="00F97BC1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/>
          <w:sz w:val="24"/>
          <w:szCs w:val="24"/>
          <w:cs/>
          <w:lang w:bidi="si-LK"/>
        </w:rPr>
        <w:t>මිල ගණන් අකුරෙන් සහ ඉලක්කමෙන් පැහැදිලිව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සටහන් කළ යුතුය. යම් වෙනස් කිරීමක් සිදු කර ඇත්නම් අත්සන් තබා සහතික කළ යුතුය.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නිවැරදි කිරීමේ තීන්ත</w:t>
      </w:r>
      <w:r w:rsidRPr="00D62D9F">
        <w:rPr>
          <w:rFonts w:asciiTheme="minorBidi" w:hAnsiTheme="minorBidi"/>
          <w:sz w:val="24"/>
          <w:szCs w:val="24"/>
        </w:rPr>
        <w:t xml:space="preserve"> (</w:t>
      </w:r>
      <w:proofErr w:type="spellStart"/>
      <w:r w:rsidRPr="00D62D9F">
        <w:rPr>
          <w:rFonts w:asciiTheme="minorBidi" w:hAnsiTheme="minorBidi"/>
          <w:sz w:val="24"/>
          <w:szCs w:val="24"/>
        </w:rPr>
        <w:t>Tipex</w:t>
      </w:r>
      <w:proofErr w:type="spellEnd"/>
      <w:r w:rsidRPr="00D62D9F">
        <w:rPr>
          <w:rFonts w:asciiTheme="minorBidi" w:hAnsiTheme="minorBidi"/>
          <w:sz w:val="24"/>
          <w:szCs w:val="24"/>
        </w:rPr>
        <w:t xml:space="preserve">)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භාවිතා නොකළ යුතුය.</w:t>
      </w:r>
    </w:p>
    <w:p w:rsidR="00F97BC1" w:rsidRPr="00D62D9F" w:rsidRDefault="00F97BC1" w:rsidP="00F97BC1">
      <w:pPr>
        <w:spacing w:after="0" w:line="259" w:lineRule="auto"/>
        <w:jc w:val="both"/>
        <w:rPr>
          <w:rFonts w:asciiTheme="minorBidi" w:hAnsiTheme="minorBidi"/>
          <w:color w:val="222222"/>
          <w:sz w:val="24"/>
          <w:szCs w:val="24"/>
        </w:rPr>
      </w:pPr>
    </w:p>
    <w:p w:rsidR="00F97BC1" w:rsidRPr="00D62D9F" w:rsidRDefault="00F97BC1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/>
          <w:sz w:val="24"/>
          <w:szCs w:val="24"/>
          <w:cs/>
          <w:lang w:bidi="si-LK"/>
        </w:rPr>
        <w:t>එක් ඉල්ලුම්කරුවෙකු වාහන එකකට වඩා ඉදිරිපත්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කරන්නේ නම්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එක් එක් වාහනය සඳහා වෙන වෙනම ටෙන්ඩර් පත්‍ර සහ වෙන වෙනම ඇපකර ඉදිරිපත්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කළ යුතුය.</w:t>
      </w:r>
    </w:p>
    <w:p w:rsidR="00F97BC1" w:rsidRPr="00D62D9F" w:rsidRDefault="00F97BC1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F97BC1" w:rsidRPr="00D62D9F" w:rsidRDefault="00F97BC1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/>
          <w:sz w:val="24"/>
          <w:szCs w:val="24"/>
          <w:cs/>
          <w:lang w:bidi="si-LK"/>
        </w:rPr>
        <w:t>සේවා අවශ්‍යතාව මත ටෙන්ඩර් කාල සීමාව අවසන්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වූවද සේවය තවදුරටත් දීර්ඝ කිරීමට සිදුවිය හැක.</w:t>
      </w:r>
    </w:p>
    <w:p w:rsidR="00F97BC1" w:rsidRPr="00D62D9F" w:rsidRDefault="00F97BC1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F97BC1" w:rsidRPr="00D62D9F" w:rsidRDefault="00F97BC1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/>
          <w:sz w:val="24"/>
          <w:szCs w:val="24"/>
          <w:cs/>
          <w:lang w:bidi="si-LK"/>
        </w:rPr>
        <w:t>ඕනෑම ටෙන්ඩර්පතක්/ලංසුවක් සම්පූර්ණයෙන්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හෝ කොටසක් පිළිගැනීමට හෝ ප්‍රතික්ෂේප කිරීමට ප්‍රසම්පාදන කමිටුව සතු අයිතිය සුරක්ෂිත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වේ.</w:t>
      </w:r>
    </w:p>
    <w:p w:rsidR="00F97BC1" w:rsidRPr="00D62D9F" w:rsidRDefault="00F97BC1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F97BC1" w:rsidRPr="00D62D9F" w:rsidRDefault="00F97BC1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/>
          <w:sz w:val="24"/>
          <w:szCs w:val="24"/>
          <w:cs/>
          <w:lang w:bidi="si-LK"/>
        </w:rPr>
        <w:t>පරීක්ෂා කිරීම සඳහා වාහන ඉදිරිපත් කරන ලෙස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දැනුම් දුන් විට අදාළ ස්ථානයට වාහනය ඉදිරිපත් කළ යුතුය. ඒ සඳහා කිසිදු ගෙවීමක් කරනු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නොලබන අතර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පරීක්ෂාවට ඉදිරිපත් නොකරන වාහනවල ලංසු ඇපකර නිදහස් නොකෙරේ.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පරීක්ෂාව සඳහා ඉදිරිපත් නොකරන වාහනයක් ඇගයීමෙන් ඉවත් කළ හැකිය.</w:t>
      </w:r>
    </w:p>
    <w:p w:rsidR="00F97BC1" w:rsidRPr="00D62D9F" w:rsidRDefault="00F97BC1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F97BC1" w:rsidRPr="00D62D9F" w:rsidRDefault="00F97BC1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/>
          <w:sz w:val="24"/>
          <w:szCs w:val="24"/>
          <w:cs/>
          <w:lang w:bidi="si-LK"/>
        </w:rPr>
        <w:t>වාහනය පරීක්ෂා කිරීමෙන් අනතුරුව එය විශ්වවිද්‍යාල සේවයට යොදා ගැනීමට තීරණය කළහොත්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ඉහත කොන්දේසි සහ අදාළ ප්‍රසම්පාදන නීති/මාර්ගෝපදේශවලට යටත්ව ලිඛිත ගිවිසුමකට එළඹිය යුතුය. රජයේ බදු සහ අනෙකුත් අදාළ ගෙවීම් සම්බන්ධයෙන් බලපවත්නා නීති හා ප්‍රතිපත්ති අනුගමනය කරනු ලැබේ.</w:t>
      </w:r>
    </w:p>
    <w:p w:rsidR="00F97BC1" w:rsidRPr="00D62D9F" w:rsidRDefault="00F97BC1" w:rsidP="00F97BC1">
      <w:pPr>
        <w:pStyle w:val="ListParagraph"/>
        <w:spacing w:after="0" w:line="259" w:lineRule="auto"/>
        <w:rPr>
          <w:rFonts w:asciiTheme="minorBidi" w:hAnsiTheme="minorBidi"/>
          <w:sz w:val="24"/>
          <w:szCs w:val="24"/>
        </w:rPr>
      </w:pPr>
    </w:p>
    <w:p w:rsidR="00F97BC1" w:rsidRPr="00D62D9F" w:rsidRDefault="00F97BC1" w:rsidP="00F97BC1">
      <w:pPr>
        <w:pStyle w:val="ListParagraph"/>
        <w:numPr>
          <w:ilvl w:val="0"/>
          <w:numId w:val="10"/>
        </w:num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/>
          <w:sz w:val="24"/>
          <w:szCs w:val="24"/>
          <w:cs/>
          <w:lang w:bidi="si-LK"/>
        </w:rPr>
        <w:t>වාහනය වෙනස් කිරීමට අවශ්‍ය නම්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/>
          <w:sz w:val="24"/>
          <w:szCs w:val="24"/>
          <w:cs/>
          <w:lang w:bidi="si-LK"/>
        </w:rPr>
        <w:t>ඒ සඳහා අවම වශයෙන් මාසයක පූර්ව ලිඛිත දැනුම්දීමක් ලබා දී විශ්වවිද්‍යාලයේ අනුමැතිය ලබාගත යුතුය.</w:t>
      </w:r>
    </w:p>
    <w:p w:rsidR="00F97BC1" w:rsidRPr="00D62D9F" w:rsidRDefault="00F97BC1" w:rsidP="00F97BC1">
      <w:pPr>
        <w:spacing w:after="0" w:line="259" w:lineRule="auto"/>
        <w:jc w:val="both"/>
        <w:rPr>
          <w:rFonts w:asciiTheme="minorBidi" w:hAnsiTheme="minorBidi"/>
          <w:color w:val="222222"/>
          <w:sz w:val="24"/>
          <w:szCs w:val="24"/>
        </w:rPr>
      </w:pPr>
    </w:p>
    <w:p w:rsidR="00D642EC" w:rsidRPr="00D62D9F" w:rsidRDefault="00D642EC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D642EC" w:rsidRPr="00D62D9F" w:rsidRDefault="00D642EC" w:rsidP="00F97BC1">
      <w:pPr>
        <w:spacing w:after="0" w:line="259" w:lineRule="auto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/>
          <w:sz w:val="24"/>
          <w:szCs w:val="24"/>
        </w:rPr>
        <w:br w:type="page"/>
      </w:r>
    </w:p>
    <w:p w:rsidR="00ED7282" w:rsidRPr="00D62D9F" w:rsidRDefault="00ED7282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1F5050" w:rsidRPr="00D62D9F" w:rsidRDefault="00DB27E7" w:rsidP="00F97BC1">
      <w:pPr>
        <w:pStyle w:val="Heading1"/>
        <w:spacing w:before="0" w:line="259" w:lineRule="auto"/>
        <w:jc w:val="both"/>
        <w:rPr>
          <w:rFonts w:asciiTheme="minorBidi" w:hAnsiTheme="minorBidi" w:cstheme="minorBidi"/>
          <w:color w:val="auto"/>
          <w:sz w:val="24"/>
          <w:szCs w:val="24"/>
        </w:rPr>
      </w:pPr>
      <w:bookmarkStart w:id="7" w:name="_Hlk238414845"/>
      <w:r w:rsidRPr="00D62D9F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මිල</w:t>
      </w:r>
      <w:r w:rsidRPr="00D62D9F">
        <w:rPr>
          <w:rFonts w:asciiTheme="minorBidi" w:hAnsiTheme="minorBidi" w:cstheme="minorBidi"/>
          <w:color w:val="auto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ගණන්</w:t>
      </w:r>
      <w:r w:rsidRPr="00D62D9F">
        <w:rPr>
          <w:rFonts w:asciiTheme="minorBidi" w:hAnsiTheme="minorBidi" w:cstheme="minorBidi"/>
          <w:color w:val="auto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ඉදිරිපත්</w:t>
      </w:r>
      <w:r w:rsidRPr="00D62D9F">
        <w:rPr>
          <w:rFonts w:asciiTheme="minorBidi" w:hAnsiTheme="minorBidi" w:cstheme="minorBidi"/>
          <w:color w:val="auto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color w:val="auto"/>
          <w:sz w:val="24"/>
          <w:szCs w:val="24"/>
          <w:cs/>
          <w:lang w:bidi="si-LK"/>
        </w:rPr>
        <w:t>කිරීම</w:t>
      </w: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7056"/>
        <w:gridCol w:w="2592"/>
      </w:tblGrid>
      <w:tr w:rsidR="003A794C" w:rsidRPr="00D62D9F" w:rsidTr="00EC4D0D">
        <w:tc>
          <w:tcPr>
            <w:tcW w:w="7056" w:type="dxa"/>
          </w:tcPr>
          <w:p w:rsidR="00F04A0F" w:rsidRPr="00D62D9F" w:rsidRDefault="00F04A0F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විස්තරය</w:t>
            </w:r>
          </w:p>
        </w:tc>
        <w:tc>
          <w:tcPr>
            <w:tcW w:w="2592" w:type="dxa"/>
          </w:tcPr>
          <w:p w:rsidR="00F04A0F" w:rsidRPr="00D62D9F" w:rsidRDefault="00EC4D0D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ගාස්තුව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(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රු</w:t>
            </w:r>
            <w:r w:rsidRPr="00D62D9F">
              <w:rPr>
                <w:rFonts w:asciiTheme="minorBidi" w:hAnsiTheme="minorBidi"/>
                <w:sz w:val="24"/>
                <w:szCs w:val="24"/>
              </w:rPr>
              <w:t>.):</w:t>
            </w:r>
          </w:p>
        </w:tc>
      </w:tr>
      <w:tr w:rsidR="003A794C" w:rsidRPr="00D62D9F" w:rsidTr="00EC4D0D">
        <w:trPr>
          <w:trHeight w:val="576"/>
        </w:trPr>
        <w:tc>
          <w:tcPr>
            <w:tcW w:w="7056" w:type="dxa"/>
          </w:tcPr>
          <w:p w:rsidR="005A7E10" w:rsidRPr="00D62D9F" w:rsidRDefault="00F04A0F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මාසික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කුලිය</w:t>
            </w:r>
            <w:r w:rsidR="005A7E10" w:rsidRPr="00D62D9F">
              <w:rPr>
                <w:rFonts w:asciiTheme="minorBidi" w:hAnsiTheme="minorBidi"/>
                <w:sz w:val="24"/>
                <w:szCs w:val="24"/>
              </w:rPr>
              <w:t xml:space="preserve"> (</w:t>
            </w:r>
            <w:r w:rsidR="005A7E10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රු</w:t>
            </w:r>
            <w:r w:rsidR="005A7E10" w:rsidRPr="00D62D9F">
              <w:rPr>
                <w:rFonts w:asciiTheme="minorBidi" w:hAnsiTheme="minorBidi"/>
                <w:sz w:val="24"/>
                <w:szCs w:val="24"/>
              </w:rPr>
              <w:t>.):</w:t>
            </w:r>
          </w:p>
          <w:p w:rsidR="00F04A0F" w:rsidRPr="00D62D9F" w:rsidRDefault="005A7E10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/>
                <w:sz w:val="24"/>
                <w:szCs w:val="24"/>
              </w:rPr>
              <w:t>(</w:t>
            </w:r>
            <w:r w:rsidR="00F04A0F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මසකට</w:t>
            </w:r>
            <w:r w:rsidR="00F04A0F"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F04A0F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කි</w:t>
            </w:r>
            <w:r w:rsidR="00F04A0F" w:rsidRPr="00D62D9F">
              <w:rPr>
                <w:rFonts w:asciiTheme="minorBidi" w:hAnsiTheme="minorBidi"/>
                <w:sz w:val="24"/>
                <w:szCs w:val="24"/>
              </w:rPr>
              <w:t>.</w:t>
            </w:r>
            <w:r w:rsidR="00F04A0F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මී</w:t>
            </w:r>
            <w:r w:rsidR="00F04A0F" w:rsidRPr="00D62D9F">
              <w:rPr>
                <w:rFonts w:asciiTheme="minorBidi" w:hAnsiTheme="minorBidi"/>
                <w:sz w:val="24"/>
                <w:szCs w:val="24"/>
              </w:rPr>
              <w:t xml:space="preserve">. 2,000 </w:t>
            </w:r>
            <w:r w:rsidR="00F04A0F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දක්වා</w:t>
            </w:r>
            <w:r w:rsidR="00F04A0F" w:rsidRPr="00D62D9F">
              <w:rPr>
                <w:rFonts w:asciiTheme="minorBidi" w:hAnsiTheme="minorBidi"/>
                <w:sz w:val="24"/>
                <w:szCs w:val="24"/>
              </w:rPr>
              <w:t xml:space="preserve">, </w:t>
            </w:r>
            <w:r w:rsidR="00F04A0F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ඉන්ධන</w:t>
            </w:r>
            <w:r w:rsidR="00F04A0F"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F04A0F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නොමැතිව</w:t>
            </w:r>
            <w:r w:rsidRPr="00D62D9F">
              <w:rPr>
                <w:rFonts w:asciiTheme="minorBidi" w:hAnsiTheme="minorBidi"/>
                <w:sz w:val="24"/>
                <w:szCs w:val="24"/>
              </w:rPr>
              <w:t>)</w:t>
            </w:r>
            <w:r w:rsidR="00F04A0F"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</w:p>
        </w:tc>
        <w:tc>
          <w:tcPr>
            <w:tcW w:w="2592" w:type="dxa"/>
          </w:tcPr>
          <w:p w:rsidR="00F04A0F" w:rsidRPr="00D62D9F" w:rsidRDefault="00F04A0F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3A794C" w:rsidRPr="00D62D9F" w:rsidTr="00EC4D0D">
        <w:trPr>
          <w:trHeight w:val="576"/>
        </w:trPr>
        <w:tc>
          <w:tcPr>
            <w:tcW w:w="7056" w:type="dxa"/>
          </w:tcPr>
          <w:p w:rsidR="005A7E10" w:rsidRPr="00D62D9F" w:rsidRDefault="005A7E10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/>
                <w:sz w:val="24"/>
                <w:szCs w:val="24"/>
                <w:cs/>
                <w:lang w:bidi="si-LK"/>
              </w:rPr>
              <w:t>අනෙකුත් බදු (ඇත්නම්)</w:t>
            </w:r>
            <w:r w:rsidRPr="00D62D9F">
              <w:rPr>
                <w:rFonts w:asciiTheme="minorBidi" w:hAnsiTheme="minorBidi"/>
                <w:sz w:val="24"/>
                <w:szCs w:val="24"/>
                <w:lang w:bidi="si-LK"/>
              </w:rPr>
              <w:t xml:space="preserve"> </w:t>
            </w:r>
            <w:r w:rsidRPr="00D62D9F">
              <w:rPr>
                <w:rFonts w:asciiTheme="minorBidi" w:hAnsiTheme="minorBidi"/>
                <w:sz w:val="24"/>
                <w:szCs w:val="24"/>
              </w:rPr>
              <w:t>(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රු</w:t>
            </w:r>
            <w:r w:rsidRPr="00D62D9F">
              <w:rPr>
                <w:rFonts w:asciiTheme="minorBidi" w:hAnsiTheme="minorBidi"/>
                <w:sz w:val="24"/>
                <w:szCs w:val="24"/>
              </w:rPr>
              <w:t>.):</w:t>
            </w:r>
          </w:p>
        </w:tc>
        <w:tc>
          <w:tcPr>
            <w:tcW w:w="2592" w:type="dxa"/>
          </w:tcPr>
          <w:p w:rsidR="005A7E10" w:rsidRPr="00D62D9F" w:rsidRDefault="005A7E10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3A794C" w:rsidRPr="00D62D9F" w:rsidTr="00EC4D0D">
        <w:trPr>
          <w:trHeight w:val="576"/>
        </w:trPr>
        <w:tc>
          <w:tcPr>
            <w:tcW w:w="7056" w:type="dxa"/>
          </w:tcPr>
          <w:p w:rsidR="005A7E10" w:rsidRPr="00D62D9F" w:rsidRDefault="005A7E10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/>
                <w:sz w:val="24"/>
                <w:szCs w:val="24"/>
              </w:rPr>
              <w:t xml:space="preserve">VAT </w:t>
            </w:r>
            <w:r w:rsidRPr="00D62D9F">
              <w:rPr>
                <w:rFonts w:asciiTheme="minorBidi" w:hAnsiTheme="minorBidi"/>
                <w:sz w:val="24"/>
                <w:szCs w:val="24"/>
                <w:cs/>
                <w:lang w:bidi="si-LK"/>
              </w:rPr>
              <w:t>බදු (ඇත්නම්)</w:t>
            </w:r>
            <w:r w:rsidRPr="00D62D9F">
              <w:rPr>
                <w:rFonts w:asciiTheme="minorBidi" w:hAnsiTheme="minorBidi"/>
                <w:sz w:val="24"/>
                <w:szCs w:val="24"/>
                <w:lang w:bidi="si-LK"/>
              </w:rPr>
              <w:t xml:space="preserve"> </w:t>
            </w:r>
            <w:r w:rsidRPr="00D62D9F">
              <w:rPr>
                <w:rFonts w:asciiTheme="minorBidi" w:hAnsiTheme="minorBidi"/>
                <w:sz w:val="24"/>
                <w:szCs w:val="24"/>
              </w:rPr>
              <w:t>(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රු</w:t>
            </w:r>
            <w:r w:rsidRPr="00D62D9F">
              <w:rPr>
                <w:rFonts w:asciiTheme="minorBidi" w:hAnsiTheme="minorBidi"/>
                <w:sz w:val="24"/>
                <w:szCs w:val="24"/>
              </w:rPr>
              <w:t>.):</w:t>
            </w:r>
          </w:p>
        </w:tc>
        <w:tc>
          <w:tcPr>
            <w:tcW w:w="2592" w:type="dxa"/>
          </w:tcPr>
          <w:p w:rsidR="005A7E10" w:rsidRPr="00D62D9F" w:rsidRDefault="005A7E10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3A794C" w:rsidRPr="00D62D9F" w:rsidTr="00EC4D0D">
        <w:trPr>
          <w:trHeight w:val="576"/>
        </w:trPr>
        <w:tc>
          <w:tcPr>
            <w:tcW w:w="7056" w:type="dxa"/>
          </w:tcPr>
          <w:p w:rsidR="005A7E10" w:rsidRPr="00D62D9F" w:rsidRDefault="005A7E10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/>
                <w:sz w:val="24"/>
                <w:szCs w:val="24"/>
                <w:cs/>
                <w:lang w:bidi="si-LK"/>
              </w:rPr>
              <w:t>මුළු මාසික කුලිය</w:t>
            </w:r>
            <w:r w:rsidRPr="00D62D9F">
              <w:rPr>
                <w:rFonts w:asciiTheme="minorBidi" w:hAnsiTheme="minorBidi"/>
                <w:sz w:val="24"/>
                <w:szCs w:val="24"/>
                <w:lang w:bidi="si-LK"/>
              </w:rPr>
              <w:t xml:space="preserve"> </w:t>
            </w:r>
            <w:r w:rsidRPr="00D62D9F">
              <w:rPr>
                <w:rFonts w:asciiTheme="minorBidi" w:hAnsiTheme="minorBidi"/>
                <w:sz w:val="24"/>
                <w:szCs w:val="24"/>
              </w:rPr>
              <w:t>(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රු</w:t>
            </w:r>
            <w:r w:rsidRPr="00D62D9F">
              <w:rPr>
                <w:rFonts w:asciiTheme="minorBidi" w:hAnsiTheme="minorBidi"/>
                <w:sz w:val="24"/>
                <w:szCs w:val="24"/>
              </w:rPr>
              <w:t>.):</w:t>
            </w:r>
          </w:p>
        </w:tc>
        <w:tc>
          <w:tcPr>
            <w:tcW w:w="2592" w:type="dxa"/>
          </w:tcPr>
          <w:p w:rsidR="005A7E10" w:rsidRPr="00D62D9F" w:rsidRDefault="005A7E10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3A794C" w:rsidRPr="00D62D9F" w:rsidTr="00EC4D0D">
        <w:trPr>
          <w:trHeight w:val="576"/>
        </w:trPr>
        <w:tc>
          <w:tcPr>
            <w:tcW w:w="7056" w:type="dxa"/>
          </w:tcPr>
          <w:p w:rsidR="00F04A0F" w:rsidRPr="00D62D9F" w:rsidRDefault="00F04A0F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කි</w:t>
            </w:r>
            <w:r w:rsidRPr="00D62D9F">
              <w:rPr>
                <w:rFonts w:asciiTheme="minorBidi" w:hAnsiTheme="minorBidi"/>
                <w:sz w:val="24"/>
                <w:szCs w:val="24"/>
              </w:rPr>
              <w:t>.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මී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. 2,000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සීමාව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ඉක්මවන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සෑම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අමතර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කි</w:t>
            </w:r>
            <w:r w:rsidRPr="00D62D9F">
              <w:rPr>
                <w:rFonts w:asciiTheme="minorBidi" w:hAnsiTheme="minorBidi"/>
                <w:sz w:val="24"/>
                <w:szCs w:val="24"/>
              </w:rPr>
              <w:t>.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මී</w:t>
            </w:r>
            <w:r w:rsidRPr="00D62D9F">
              <w:rPr>
                <w:rFonts w:asciiTheme="minorBidi" w:hAnsiTheme="minorBidi"/>
                <w:sz w:val="24"/>
                <w:szCs w:val="24"/>
              </w:rPr>
              <w:t>. 01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ක්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සඳහා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ගාස්තුව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,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ඉන්ධන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නොමැතිව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(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රු</w:t>
            </w:r>
            <w:r w:rsidRPr="00D62D9F">
              <w:rPr>
                <w:rFonts w:asciiTheme="minorBidi" w:hAnsiTheme="minorBidi"/>
                <w:sz w:val="24"/>
                <w:szCs w:val="24"/>
              </w:rPr>
              <w:t>.)</w:t>
            </w:r>
            <w:r w:rsidR="005A7E10" w:rsidRPr="00D62D9F">
              <w:rPr>
                <w:rFonts w:asciiTheme="minorBidi" w:hAnsiTheme="minorBidi"/>
                <w:sz w:val="24"/>
                <w:szCs w:val="24"/>
              </w:rPr>
              <w:t>:</w:t>
            </w:r>
          </w:p>
        </w:tc>
        <w:tc>
          <w:tcPr>
            <w:tcW w:w="2592" w:type="dxa"/>
          </w:tcPr>
          <w:p w:rsidR="00F04A0F" w:rsidRPr="00D62D9F" w:rsidRDefault="00F04A0F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F97BC1" w:rsidRPr="00D62D9F" w:rsidTr="00EC4D0D">
        <w:trPr>
          <w:trHeight w:val="576"/>
        </w:trPr>
        <w:tc>
          <w:tcPr>
            <w:tcW w:w="7056" w:type="dxa"/>
          </w:tcPr>
          <w:p w:rsidR="005A7E10" w:rsidRPr="00D62D9F" w:rsidRDefault="00F04A0F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අදාළ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වාහනයේ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රියදුරු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සඳහා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මාසික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වැටුප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5A7E10" w:rsidRPr="00D62D9F">
              <w:rPr>
                <w:rFonts w:asciiTheme="minorBidi" w:hAnsiTheme="minorBidi"/>
                <w:sz w:val="24"/>
                <w:szCs w:val="24"/>
              </w:rPr>
              <w:t>(</w:t>
            </w:r>
            <w:r w:rsidR="005A7E10"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රු</w:t>
            </w:r>
            <w:r w:rsidR="005A7E10" w:rsidRPr="00D62D9F">
              <w:rPr>
                <w:rFonts w:asciiTheme="minorBidi" w:hAnsiTheme="minorBidi"/>
                <w:sz w:val="24"/>
                <w:szCs w:val="24"/>
              </w:rPr>
              <w:t>.):</w:t>
            </w:r>
          </w:p>
          <w:p w:rsidR="00F04A0F" w:rsidRPr="00D62D9F" w:rsidRDefault="00F04A0F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/>
                <w:sz w:val="24"/>
                <w:szCs w:val="24"/>
              </w:rPr>
              <w:t>(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කම්කරු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නීති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හා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ව්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>‍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යවස්ථාපිත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ගෙවීම්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ඇතුළුව</w:t>
            </w:r>
            <w:r w:rsidRPr="00D62D9F">
              <w:rPr>
                <w:rFonts w:asciiTheme="minorBidi" w:hAnsiTheme="minorBidi"/>
                <w:sz w:val="24"/>
                <w:szCs w:val="24"/>
              </w:rPr>
              <w:t>)</w:t>
            </w:r>
          </w:p>
        </w:tc>
        <w:tc>
          <w:tcPr>
            <w:tcW w:w="2592" w:type="dxa"/>
          </w:tcPr>
          <w:p w:rsidR="00F04A0F" w:rsidRPr="00D62D9F" w:rsidRDefault="00F04A0F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763A52" w:rsidRPr="00D62D9F" w:rsidTr="00EC4D0D">
        <w:trPr>
          <w:trHeight w:val="576"/>
        </w:trPr>
        <w:tc>
          <w:tcPr>
            <w:tcW w:w="7056" w:type="dxa"/>
          </w:tcPr>
          <w:p w:rsidR="00763A52" w:rsidRPr="00D62D9F" w:rsidRDefault="00EC4D0D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බදුල්ලෙන්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පිටත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රාත්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>‍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රී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ගමන්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වාර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සඳහා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ගෙවන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පැයක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අතිකාල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ගාස්තුව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(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රු</w:t>
            </w:r>
            <w:r w:rsidRPr="00D62D9F">
              <w:rPr>
                <w:rFonts w:asciiTheme="minorBidi" w:hAnsiTheme="minorBidi"/>
                <w:sz w:val="24"/>
                <w:szCs w:val="24"/>
              </w:rPr>
              <w:t>.):</w:t>
            </w:r>
          </w:p>
        </w:tc>
        <w:tc>
          <w:tcPr>
            <w:tcW w:w="2592" w:type="dxa"/>
          </w:tcPr>
          <w:p w:rsidR="00763A52" w:rsidRPr="00D62D9F" w:rsidRDefault="00763A52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:rsidR="00ED7282" w:rsidRPr="00D62D9F" w:rsidRDefault="00ED7282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bookmarkEnd w:id="7"/>
    <w:p w:rsidR="00ED7282" w:rsidRPr="00D62D9F" w:rsidRDefault="00ED7282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763A52" w:rsidRPr="00D62D9F" w:rsidRDefault="00763A52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763A52" w:rsidRPr="00D62D9F" w:rsidRDefault="00763A52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4824"/>
        <w:gridCol w:w="4824"/>
      </w:tblGrid>
      <w:tr w:rsidR="003A794C" w:rsidRPr="00D62D9F" w:rsidTr="00BD046E">
        <w:trPr>
          <w:trHeight w:val="288"/>
        </w:trPr>
        <w:tc>
          <w:tcPr>
            <w:tcW w:w="4824" w:type="dxa"/>
            <w:shd w:val="clear" w:color="auto" w:fill="BFBFBF" w:themeFill="background1" w:themeFillShade="BF"/>
          </w:tcPr>
          <w:p w:rsidR="00F22803" w:rsidRPr="00D62D9F" w:rsidRDefault="00F22803" w:rsidP="00F97BC1">
            <w:pPr>
              <w:pStyle w:val="Heading1"/>
              <w:spacing w:before="0" w:line="259" w:lineRule="auto"/>
              <w:jc w:val="both"/>
              <w:outlineLvl w:val="0"/>
              <w:rPr>
                <w:rFonts w:asciiTheme="minorBidi" w:hAnsiTheme="minorBidi" w:cstheme="minorBidi"/>
                <w:color w:val="auto"/>
                <w:sz w:val="24"/>
                <w:szCs w:val="24"/>
              </w:rPr>
            </w:pPr>
            <w:bookmarkStart w:id="8" w:name="_Hlk238414778"/>
            <w:r w:rsidRPr="00D62D9F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>ටෙන්ඩර්කරුගේ</w:t>
            </w:r>
            <w:r w:rsidRPr="00D62D9F">
              <w:rPr>
                <w:rFonts w:asciiTheme="minorBidi" w:hAnsiTheme="minorBidi" w:cstheme="minorBidi"/>
                <w:color w:val="auto"/>
                <w:sz w:val="24"/>
                <w:szCs w:val="24"/>
              </w:rPr>
              <w:t xml:space="preserve"> </w:t>
            </w:r>
            <w:r w:rsidR="00BD046E" w:rsidRPr="00D62D9F">
              <w:rPr>
                <w:rFonts w:asciiTheme="minorBidi" w:hAnsiTheme="minorBidi" w:cstheme="minorBidi"/>
                <w:color w:val="auto"/>
                <w:sz w:val="24"/>
                <w:szCs w:val="24"/>
                <w:cs/>
                <w:lang w:bidi="si-LK"/>
              </w:rPr>
              <w:t xml:space="preserve">සහ වාහනයේ </w:t>
            </w:r>
            <w:r w:rsidRPr="00D62D9F">
              <w:rPr>
                <w:rFonts w:asciiTheme="minorBidi" w:hAnsiTheme="minorBidi" w:cs="Iskoola Pota"/>
                <w:color w:val="auto"/>
                <w:sz w:val="24"/>
                <w:szCs w:val="24"/>
                <w:cs/>
                <w:lang w:bidi="si-LK"/>
              </w:rPr>
              <w:t>තොරතුරු</w:t>
            </w:r>
          </w:p>
        </w:tc>
        <w:tc>
          <w:tcPr>
            <w:tcW w:w="4824" w:type="dxa"/>
            <w:shd w:val="clear" w:color="auto" w:fill="BFBFBF" w:themeFill="background1" w:themeFillShade="BF"/>
          </w:tcPr>
          <w:p w:rsidR="00F22803" w:rsidRPr="00D62D9F" w:rsidRDefault="00F22803" w:rsidP="00F97BC1">
            <w:pPr>
              <w:pStyle w:val="Heading1"/>
              <w:spacing w:before="0" w:line="259" w:lineRule="auto"/>
              <w:jc w:val="both"/>
              <w:outlineLvl w:val="0"/>
              <w:rPr>
                <w:rFonts w:asciiTheme="minorBidi" w:hAnsiTheme="minorBidi" w:cstheme="minorBidi"/>
                <w:color w:val="auto"/>
                <w:sz w:val="24"/>
                <w:szCs w:val="24"/>
              </w:rPr>
            </w:pPr>
          </w:p>
        </w:tc>
      </w:tr>
      <w:tr w:rsidR="003A794C" w:rsidRPr="00D62D9F" w:rsidTr="00BD046E">
        <w:trPr>
          <w:trHeight w:val="618"/>
        </w:trPr>
        <w:tc>
          <w:tcPr>
            <w:tcW w:w="4824" w:type="dxa"/>
          </w:tcPr>
          <w:p w:rsidR="00BD046E" w:rsidRPr="00D62D9F" w:rsidRDefault="00BD046E" w:rsidP="00F97BC1">
            <w:pPr>
              <w:pStyle w:val="ListParagraph"/>
              <w:numPr>
                <w:ilvl w:val="0"/>
                <w:numId w:val="15"/>
              </w:num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ටෙන්ඩර්කරුගේ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නම</w:t>
            </w:r>
            <w:r w:rsidRPr="00D62D9F">
              <w:rPr>
                <w:rFonts w:asciiTheme="minorBidi" w:hAnsiTheme="minorBidi"/>
                <w:sz w:val="24"/>
                <w:szCs w:val="24"/>
              </w:rPr>
              <w:t>:</w:t>
            </w:r>
          </w:p>
        </w:tc>
        <w:tc>
          <w:tcPr>
            <w:tcW w:w="4824" w:type="dxa"/>
          </w:tcPr>
          <w:p w:rsidR="00BD046E" w:rsidRPr="00D62D9F" w:rsidRDefault="00BD046E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3A794C" w:rsidRPr="00D62D9F" w:rsidTr="00BD046E">
        <w:trPr>
          <w:trHeight w:val="288"/>
        </w:trPr>
        <w:tc>
          <w:tcPr>
            <w:tcW w:w="4824" w:type="dxa"/>
          </w:tcPr>
          <w:p w:rsidR="00BD046E" w:rsidRPr="00D62D9F" w:rsidRDefault="00BD046E" w:rsidP="00F97BC1">
            <w:pPr>
              <w:pStyle w:val="ListParagraph"/>
              <w:numPr>
                <w:ilvl w:val="0"/>
                <w:numId w:val="15"/>
              </w:num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ජාතික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හැඳුනුම්පත්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අංකය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/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විදේශ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ගමන්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බලපත්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>‍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ර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අංකය</w:t>
            </w:r>
            <w:r w:rsidRPr="00D62D9F">
              <w:rPr>
                <w:rFonts w:asciiTheme="minorBidi" w:hAnsiTheme="minorBidi"/>
                <w:sz w:val="24"/>
                <w:szCs w:val="24"/>
              </w:rPr>
              <w:t>:</w:t>
            </w:r>
          </w:p>
        </w:tc>
        <w:tc>
          <w:tcPr>
            <w:tcW w:w="4824" w:type="dxa"/>
          </w:tcPr>
          <w:p w:rsidR="00BD046E" w:rsidRPr="00D62D9F" w:rsidRDefault="00BD046E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3A794C" w:rsidRPr="00D62D9F" w:rsidTr="00BD046E">
        <w:trPr>
          <w:trHeight w:val="618"/>
        </w:trPr>
        <w:tc>
          <w:tcPr>
            <w:tcW w:w="4824" w:type="dxa"/>
          </w:tcPr>
          <w:p w:rsidR="00BD046E" w:rsidRPr="00D62D9F" w:rsidRDefault="00BD046E" w:rsidP="00F97BC1">
            <w:pPr>
              <w:pStyle w:val="ListParagraph"/>
              <w:numPr>
                <w:ilvl w:val="0"/>
                <w:numId w:val="15"/>
              </w:num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ආයතනයක්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නම්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ව්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>‍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යාපාර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ලියාපදිංචි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අංකය</w:t>
            </w:r>
            <w:r w:rsidRPr="00D62D9F">
              <w:rPr>
                <w:rFonts w:asciiTheme="minorBidi" w:hAnsiTheme="minorBidi"/>
                <w:sz w:val="24"/>
                <w:szCs w:val="24"/>
              </w:rPr>
              <w:t>:</w:t>
            </w:r>
          </w:p>
        </w:tc>
        <w:tc>
          <w:tcPr>
            <w:tcW w:w="4824" w:type="dxa"/>
          </w:tcPr>
          <w:p w:rsidR="00BD046E" w:rsidRPr="00D62D9F" w:rsidRDefault="00BD046E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3A794C" w:rsidRPr="00D62D9F" w:rsidTr="00BD046E">
        <w:trPr>
          <w:trHeight w:val="618"/>
        </w:trPr>
        <w:tc>
          <w:tcPr>
            <w:tcW w:w="4824" w:type="dxa"/>
          </w:tcPr>
          <w:p w:rsidR="00BD046E" w:rsidRPr="00D62D9F" w:rsidRDefault="00BD046E" w:rsidP="00F97BC1">
            <w:pPr>
              <w:pStyle w:val="ListParagraph"/>
              <w:numPr>
                <w:ilvl w:val="0"/>
                <w:numId w:val="15"/>
              </w:num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ස්ථිර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ලිපිනය</w:t>
            </w:r>
            <w:r w:rsidRPr="00D62D9F">
              <w:rPr>
                <w:rFonts w:asciiTheme="minorBidi" w:hAnsiTheme="minorBidi"/>
                <w:sz w:val="24"/>
                <w:szCs w:val="24"/>
              </w:rPr>
              <w:t>:</w:t>
            </w:r>
          </w:p>
        </w:tc>
        <w:tc>
          <w:tcPr>
            <w:tcW w:w="4824" w:type="dxa"/>
          </w:tcPr>
          <w:p w:rsidR="00BD046E" w:rsidRPr="00D62D9F" w:rsidRDefault="00BD046E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3A794C" w:rsidRPr="00D62D9F" w:rsidTr="00BD046E">
        <w:trPr>
          <w:trHeight w:val="618"/>
        </w:trPr>
        <w:tc>
          <w:tcPr>
            <w:tcW w:w="4824" w:type="dxa"/>
          </w:tcPr>
          <w:p w:rsidR="00BD046E" w:rsidRPr="00D62D9F" w:rsidRDefault="00BD046E" w:rsidP="00F97BC1">
            <w:pPr>
              <w:pStyle w:val="ListParagraph"/>
              <w:numPr>
                <w:ilvl w:val="0"/>
                <w:numId w:val="15"/>
              </w:num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දුරකථන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අංකය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/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විද්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>‍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යුත්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තැපෑල</w:t>
            </w:r>
            <w:r w:rsidRPr="00D62D9F">
              <w:rPr>
                <w:rFonts w:asciiTheme="minorBidi" w:hAnsiTheme="minorBidi"/>
                <w:sz w:val="24"/>
                <w:szCs w:val="24"/>
              </w:rPr>
              <w:t>::</w:t>
            </w:r>
          </w:p>
        </w:tc>
        <w:tc>
          <w:tcPr>
            <w:tcW w:w="4824" w:type="dxa"/>
          </w:tcPr>
          <w:p w:rsidR="00BD046E" w:rsidRPr="00D62D9F" w:rsidRDefault="00BD046E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3A794C" w:rsidRPr="00D62D9F" w:rsidTr="00BD046E">
        <w:trPr>
          <w:trHeight w:val="618"/>
        </w:trPr>
        <w:tc>
          <w:tcPr>
            <w:tcW w:w="4824" w:type="dxa"/>
          </w:tcPr>
          <w:p w:rsidR="00BD046E" w:rsidRPr="00D62D9F" w:rsidRDefault="00BD046E" w:rsidP="00F97BC1">
            <w:pPr>
              <w:pStyle w:val="ListParagraph"/>
              <w:numPr>
                <w:ilvl w:val="0"/>
                <w:numId w:val="15"/>
              </w:num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ටෙන්ඩරය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සඳහා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ඉදිරිපත්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කරනු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ලබන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වාහනයේ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වර්ගය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සහ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මෝස්තරය</w:t>
            </w:r>
            <w:r w:rsidRPr="00D62D9F">
              <w:rPr>
                <w:rFonts w:asciiTheme="minorBidi" w:hAnsiTheme="minorBidi"/>
                <w:sz w:val="24"/>
                <w:szCs w:val="24"/>
              </w:rPr>
              <w:t>:</w:t>
            </w:r>
          </w:p>
        </w:tc>
        <w:tc>
          <w:tcPr>
            <w:tcW w:w="4824" w:type="dxa"/>
          </w:tcPr>
          <w:p w:rsidR="00BD046E" w:rsidRPr="00D62D9F" w:rsidRDefault="00BD046E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3A794C" w:rsidRPr="00D62D9F" w:rsidTr="00BD046E">
        <w:trPr>
          <w:trHeight w:val="618"/>
        </w:trPr>
        <w:tc>
          <w:tcPr>
            <w:tcW w:w="4824" w:type="dxa"/>
          </w:tcPr>
          <w:p w:rsidR="00BD046E" w:rsidRPr="00D62D9F" w:rsidRDefault="00BD046E" w:rsidP="00F97BC1">
            <w:pPr>
              <w:pStyle w:val="ListParagraph"/>
              <w:numPr>
                <w:ilvl w:val="0"/>
                <w:numId w:val="15"/>
              </w:num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වාහන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අංකය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(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ලියාපදිංචි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කර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ඇත්නම්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>):</w:t>
            </w:r>
          </w:p>
        </w:tc>
        <w:tc>
          <w:tcPr>
            <w:tcW w:w="4824" w:type="dxa"/>
          </w:tcPr>
          <w:p w:rsidR="00BD046E" w:rsidRPr="00D62D9F" w:rsidRDefault="00BD046E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3A794C" w:rsidRPr="00D62D9F" w:rsidTr="00BD046E">
        <w:trPr>
          <w:trHeight w:val="618"/>
        </w:trPr>
        <w:tc>
          <w:tcPr>
            <w:tcW w:w="4824" w:type="dxa"/>
          </w:tcPr>
          <w:p w:rsidR="00BD046E" w:rsidRPr="00D62D9F" w:rsidRDefault="00BD046E" w:rsidP="00F97BC1">
            <w:pPr>
              <w:pStyle w:val="ListParagraph"/>
              <w:numPr>
                <w:ilvl w:val="0"/>
                <w:numId w:val="15"/>
              </w:num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නිෂ්පාදිත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වර්ෂය</w:t>
            </w:r>
            <w:r w:rsidRPr="00D62D9F">
              <w:rPr>
                <w:rFonts w:asciiTheme="minorBidi" w:hAnsiTheme="minorBidi"/>
                <w:sz w:val="24"/>
                <w:szCs w:val="24"/>
              </w:rPr>
              <w:t>:</w:t>
            </w:r>
          </w:p>
        </w:tc>
        <w:tc>
          <w:tcPr>
            <w:tcW w:w="4824" w:type="dxa"/>
          </w:tcPr>
          <w:p w:rsidR="00BD046E" w:rsidRPr="00D62D9F" w:rsidRDefault="00BD046E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3A794C" w:rsidRPr="00D62D9F" w:rsidTr="00BD046E">
        <w:trPr>
          <w:trHeight w:val="618"/>
        </w:trPr>
        <w:tc>
          <w:tcPr>
            <w:tcW w:w="4824" w:type="dxa"/>
          </w:tcPr>
          <w:p w:rsidR="00BD046E" w:rsidRPr="00D62D9F" w:rsidRDefault="00BD046E" w:rsidP="00F97BC1">
            <w:pPr>
              <w:pStyle w:val="ListParagraph"/>
              <w:numPr>
                <w:ilvl w:val="0"/>
                <w:numId w:val="15"/>
              </w:num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පළමු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ලියාපදිංචි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වර්ෂය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(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අදාළ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නම්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>):</w:t>
            </w:r>
          </w:p>
        </w:tc>
        <w:tc>
          <w:tcPr>
            <w:tcW w:w="4824" w:type="dxa"/>
          </w:tcPr>
          <w:p w:rsidR="00BD046E" w:rsidRPr="00D62D9F" w:rsidRDefault="00BD046E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3A794C" w:rsidRPr="00D62D9F" w:rsidTr="00BD046E">
        <w:trPr>
          <w:trHeight w:val="618"/>
        </w:trPr>
        <w:tc>
          <w:tcPr>
            <w:tcW w:w="4824" w:type="dxa"/>
          </w:tcPr>
          <w:p w:rsidR="00BD046E" w:rsidRPr="00D62D9F" w:rsidRDefault="00BD046E" w:rsidP="00F97BC1">
            <w:pPr>
              <w:pStyle w:val="ListParagraph"/>
              <w:numPr>
                <w:ilvl w:val="0"/>
                <w:numId w:val="15"/>
              </w:num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එන්ජින්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ධාරිතාව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(cc):</w:t>
            </w:r>
          </w:p>
        </w:tc>
        <w:tc>
          <w:tcPr>
            <w:tcW w:w="4824" w:type="dxa"/>
          </w:tcPr>
          <w:p w:rsidR="00BD046E" w:rsidRPr="00D62D9F" w:rsidRDefault="00BD046E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3A794C" w:rsidRPr="00D62D9F" w:rsidTr="00BD046E">
        <w:trPr>
          <w:trHeight w:val="618"/>
        </w:trPr>
        <w:tc>
          <w:tcPr>
            <w:tcW w:w="4824" w:type="dxa"/>
          </w:tcPr>
          <w:p w:rsidR="00BD046E" w:rsidRPr="00D62D9F" w:rsidRDefault="00BD046E" w:rsidP="00F97BC1">
            <w:pPr>
              <w:pStyle w:val="ListParagraph"/>
              <w:numPr>
                <w:ilvl w:val="0"/>
                <w:numId w:val="15"/>
              </w:num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වත්මන්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ධාවන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දුර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(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කි</w:t>
            </w:r>
            <w:r w:rsidRPr="00D62D9F">
              <w:rPr>
                <w:rFonts w:asciiTheme="minorBidi" w:hAnsiTheme="minorBidi"/>
                <w:sz w:val="24"/>
                <w:szCs w:val="24"/>
              </w:rPr>
              <w:t>.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මී</w:t>
            </w:r>
            <w:r w:rsidRPr="00D62D9F">
              <w:rPr>
                <w:rFonts w:asciiTheme="minorBidi" w:hAnsiTheme="minorBidi"/>
                <w:sz w:val="24"/>
                <w:szCs w:val="24"/>
              </w:rPr>
              <w:t>.):</w:t>
            </w:r>
          </w:p>
        </w:tc>
        <w:tc>
          <w:tcPr>
            <w:tcW w:w="4824" w:type="dxa"/>
          </w:tcPr>
          <w:p w:rsidR="00BD046E" w:rsidRPr="00D62D9F" w:rsidRDefault="00BD046E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3A794C" w:rsidRPr="00D62D9F" w:rsidTr="00BD046E">
        <w:trPr>
          <w:trHeight w:val="618"/>
        </w:trPr>
        <w:tc>
          <w:tcPr>
            <w:tcW w:w="4824" w:type="dxa"/>
          </w:tcPr>
          <w:p w:rsidR="00BD046E" w:rsidRPr="00D62D9F" w:rsidRDefault="00BD046E" w:rsidP="00F97BC1">
            <w:pPr>
              <w:pStyle w:val="ListParagraph"/>
              <w:numPr>
                <w:ilvl w:val="0"/>
                <w:numId w:val="15"/>
              </w:num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ආසන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සංඛ්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>‍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යාව</w:t>
            </w:r>
            <w:r w:rsidRPr="00D62D9F">
              <w:rPr>
                <w:rFonts w:asciiTheme="minorBidi" w:hAnsiTheme="minorBidi"/>
                <w:sz w:val="24"/>
                <w:szCs w:val="24"/>
              </w:rPr>
              <w:t>:</w:t>
            </w:r>
          </w:p>
        </w:tc>
        <w:tc>
          <w:tcPr>
            <w:tcW w:w="4824" w:type="dxa"/>
          </w:tcPr>
          <w:p w:rsidR="00BD046E" w:rsidRPr="00D62D9F" w:rsidRDefault="00BD046E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3A794C" w:rsidRPr="00D62D9F" w:rsidTr="00BD046E">
        <w:trPr>
          <w:trHeight w:val="618"/>
        </w:trPr>
        <w:tc>
          <w:tcPr>
            <w:tcW w:w="4824" w:type="dxa"/>
          </w:tcPr>
          <w:p w:rsidR="00BD046E" w:rsidRPr="00D62D9F" w:rsidRDefault="00BD046E" w:rsidP="00F97BC1">
            <w:pPr>
              <w:pStyle w:val="ListParagraph"/>
              <w:numPr>
                <w:ilvl w:val="0"/>
                <w:numId w:val="15"/>
              </w:num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රක්ෂණය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වලංගු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වන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දිනය</w:t>
            </w:r>
            <w:r w:rsidRPr="00D62D9F">
              <w:rPr>
                <w:rFonts w:asciiTheme="minorBidi" w:hAnsiTheme="minorBidi"/>
                <w:sz w:val="24"/>
                <w:szCs w:val="24"/>
              </w:rPr>
              <w:t>:</w:t>
            </w:r>
          </w:p>
        </w:tc>
        <w:tc>
          <w:tcPr>
            <w:tcW w:w="4824" w:type="dxa"/>
          </w:tcPr>
          <w:p w:rsidR="00BD046E" w:rsidRPr="00D62D9F" w:rsidRDefault="00BD046E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3A794C" w:rsidRPr="00D62D9F" w:rsidTr="00BD046E">
        <w:trPr>
          <w:trHeight w:val="618"/>
        </w:trPr>
        <w:tc>
          <w:tcPr>
            <w:tcW w:w="4824" w:type="dxa"/>
          </w:tcPr>
          <w:p w:rsidR="00BD046E" w:rsidRPr="00D62D9F" w:rsidRDefault="00BD046E" w:rsidP="00F97BC1">
            <w:pPr>
              <w:pStyle w:val="ListParagraph"/>
              <w:numPr>
                <w:ilvl w:val="0"/>
                <w:numId w:val="15"/>
              </w:num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lastRenderedPageBreak/>
              <w:t>ආදායම්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බලපත්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>‍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රය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වලංගු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වන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දිනය</w:t>
            </w:r>
            <w:r w:rsidRPr="00D62D9F">
              <w:rPr>
                <w:rFonts w:asciiTheme="minorBidi" w:hAnsiTheme="minorBidi"/>
                <w:sz w:val="24"/>
                <w:szCs w:val="24"/>
              </w:rPr>
              <w:t>:</w:t>
            </w:r>
          </w:p>
        </w:tc>
        <w:tc>
          <w:tcPr>
            <w:tcW w:w="4824" w:type="dxa"/>
          </w:tcPr>
          <w:p w:rsidR="00BD046E" w:rsidRPr="00D62D9F" w:rsidRDefault="00BD046E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F97BC1" w:rsidRPr="00D62D9F" w:rsidTr="00BD046E">
        <w:trPr>
          <w:trHeight w:val="618"/>
        </w:trPr>
        <w:tc>
          <w:tcPr>
            <w:tcW w:w="4824" w:type="dxa"/>
          </w:tcPr>
          <w:p w:rsidR="00BD046E" w:rsidRPr="00D62D9F" w:rsidRDefault="00BD046E" w:rsidP="00F97BC1">
            <w:pPr>
              <w:pStyle w:val="ListParagraph"/>
              <w:numPr>
                <w:ilvl w:val="0"/>
                <w:numId w:val="15"/>
              </w:num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තක්සේරු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දළ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වටිනාකම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(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තක්සේරු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වාර්තාව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අමුණන්න</w:t>
            </w:r>
            <w:r w:rsidRPr="00D62D9F">
              <w:rPr>
                <w:rFonts w:asciiTheme="minorBidi" w:hAnsiTheme="minorBidi"/>
                <w:sz w:val="24"/>
                <w:szCs w:val="24"/>
              </w:rPr>
              <w:t>):</w:t>
            </w:r>
          </w:p>
        </w:tc>
        <w:tc>
          <w:tcPr>
            <w:tcW w:w="4824" w:type="dxa"/>
          </w:tcPr>
          <w:p w:rsidR="00BD046E" w:rsidRPr="00D62D9F" w:rsidRDefault="00BD046E" w:rsidP="00F97BC1">
            <w:pPr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bookmarkEnd w:id="8"/>
    </w:tbl>
    <w:p w:rsidR="00ED7282" w:rsidRPr="00D62D9F" w:rsidRDefault="00ED7282" w:rsidP="00F97BC1">
      <w:pPr>
        <w:pStyle w:val="Heading1"/>
        <w:spacing w:before="0" w:line="259" w:lineRule="auto"/>
        <w:jc w:val="both"/>
        <w:rPr>
          <w:rFonts w:asciiTheme="minorBidi" w:hAnsiTheme="minorBidi" w:cstheme="minorBidi"/>
          <w:color w:val="auto"/>
          <w:sz w:val="24"/>
          <w:szCs w:val="24"/>
        </w:rPr>
      </w:pPr>
    </w:p>
    <w:p w:rsidR="00ED7282" w:rsidRPr="00D62D9F" w:rsidRDefault="00ED7282" w:rsidP="00F97BC1">
      <w:pPr>
        <w:pStyle w:val="Heading1"/>
        <w:spacing w:before="0" w:line="259" w:lineRule="auto"/>
        <w:jc w:val="both"/>
        <w:rPr>
          <w:rFonts w:asciiTheme="minorBidi" w:hAnsiTheme="minorBidi" w:cstheme="minorBidi"/>
          <w:color w:val="auto"/>
          <w:sz w:val="24"/>
          <w:szCs w:val="24"/>
        </w:rPr>
      </w:pPr>
    </w:p>
    <w:p w:rsidR="001F5050" w:rsidRPr="00D62D9F" w:rsidRDefault="00DB27E7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bookmarkStart w:id="9" w:name="_Hlk238415009"/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පහත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සඳහන්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ලක්ෂණ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අදාළ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වාහනයේ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පවතින්නේද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යන්න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="00763A52" w:rsidRPr="00D62D9F">
        <w:rPr>
          <w:rFonts w:asciiTheme="minorBidi" w:hAnsiTheme="minorBidi" w:cs="Iskoola Pota"/>
          <w:b/>
          <w:bCs/>
          <w:sz w:val="24"/>
          <w:szCs w:val="24"/>
          <w:cs/>
          <w:lang w:bidi="si-LK"/>
        </w:rPr>
        <w:t>ඇත</w:t>
      </w:r>
      <w:r w:rsidR="00763A52" w:rsidRPr="00D62D9F">
        <w:rPr>
          <w:rFonts w:asciiTheme="minorBidi" w:hAnsiTheme="minorBidi"/>
          <w:b/>
          <w:sz w:val="24"/>
          <w:szCs w:val="24"/>
        </w:rPr>
        <w:t xml:space="preserve"> (</w:t>
      </w:r>
      <w:r w:rsidR="00763A52" w:rsidRPr="00D62D9F">
        <w:rPr>
          <w:rFonts w:ascii="Segoe UI Symbol" w:hAnsi="Segoe UI Symbol" w:cs="Segoe UI Symbol"/>
          <w:b/>
          <w:sz w:val="24"/>
          <w:szCs w:val="24"/>
        </w:rPr>
        <w:t>✓</w:t>
      </w:r>
      <w:r w:rsidR="00763A52" w:rsidRPr="00D62D9F">
        <w:rPr>
          <w:rFonts w:asciiTheme="minorBidi" w:hAnsiTheme="minorBidi"/>
          <w:b/>
          <w:sz w:val="24"/>
          <w:szCs w:val="24"/>
        </w:rPr>
        <w:t xml:space="preserve">) </w:t>
      </w:r>
      <w:r w:rsidR="00763A52" w:rsidRPr="00D62D9F">
        <w:rPr>
          <w:rFonts w:asciiTheme="minorBidi" w:hAnsiTheme="minorBidi" w:cs="Iskoola Pota"/>
          <w:sz w:val="24"/>
          <w:szCs w:val="24"/>
          <w:cs/>
          <w:lang w:bidi="si-LK"/>
        </w:rPr>
        <w:t>හෝ</w:t>
      </w:r>
      <w:r w:rsidR="00763A52" w:rsidRPr="00D62D9F">
        <w:rPr>
          <w:rFonts w:asciiTheme="minorBidi" w:hAnsiTheme="minorBidi"/>
          <w:b/>
          <w:sz w:val="24"/>
          <w:szCs w:val="24"/>
        </w:rPr>
        <w:t xml:space="preserve"> </w:t>
      </w:r>
      <w:r w:rsidR="00763A52" w:rsidRPr="00D62D9F">
        <w:rPr>
          <w:rFonts w:asciiTheme="minorBidi" w:hAnsiTheme="minorBidi" w:cs="Iskoola Pota"/>
          <w:b/>
          <w:bCs/>
          <w:sz w:val="24"/>
          <w:szCs w:val="24"/>
          <w:cs/>
          <w:lang w:bidi="si-LK"/>
        </w:rPr>
        <w:t>නැත</w:t>
      </w:r>
      <w:r w:rsidR="00763A52" w:rsidRPr="00D62D9F">
        <w:rPr>
          <w:rFonts w:asciiTheme="minorBidi" w:hAnsiTheme="minorBidi"/>
          <w:b/>
          <w:sz w:val="24"/>
          <w:szCs w:val="24"/>
        </w:rPr>
        <w:t xml:space="preserve"> (</w:t>
      </w:r>
      <w:r w:rsidR="00763A52" w:rsidRPr="00D62D9F">
        <w:rPr>
          <w:rFonts w:ascii="Segoe UI Symbol" w:hAnsi="Segoe UI Symbol" w:cs="Segoe UI Symbol"/>
          <w:b/>
          <w:sz w:val="24"/>
          <w:szCs w:val="24"/>
        </w:rPr>
        <w:t>✗</w:t>
      </w:r>
      <w:r w:rsidR="00763A52" w:rsidRPr="00D62D9F">
        <w:rPr>
          <w:rFonts w:asciiTheme="minorBidi" w:hAnsiTheme="minorBidi"/>
          <w:b/>
          <w:sz w:val="24"/>
          <w:szCs w:val="24"/>
        </w:rPr>
        <w:t>)</w:t>
      </w:r>
      <w:r w:rsidR="00763A52"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මඟින්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සලකුණු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කරන්න</w:t>
      </w:r>
      <w:r w:rsidRPr="00D62D9F">
        <w:rPr>
          <w:rFonts w:asciiTheme="minorBidi" w:hAnsiTheme="minorBidi"/>
          <w:sz w:val="24"/>
          <w:szCs w:val="24"/>
        </w:rPr>
        <w:t>.</w:t>
      </w:r>
    </w:p>
    <w:p w:rsidR="006A3D58" w:rsidRPr="00D62D9F" w:rsidRDefault="006A3D58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tbl>
      <w:tblPr>
        <w:tblW w:w="9648" w:type="dxa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864"/>
        <w:gridCol w:w="6336"/>
        <w:gridCol w:w="2448"/>
      </w:tblGrid>
      <w:tr w:rsidR="003A794C" w:rsidRPr="00D62D9F" w:rsidTr="006B1CE5">
        <w:trPr>
          <w:trHeight w:val="360"/>
        </w:trPr>
        <w:tc>
          <w:tcPr>
            <w:tcW w:w="864" w:type="dxa"/>
            <w:shd w:val="clear" w:color="auto" w:fill="F0F0F0"/>
          </w:tcPr>
          <w:p w:rsidR="006A3D58" w:rsidRPr="00D62D9F" w:rsidRDefault="006A3D58" w:rsidP="00F97BC1">
            <w:pPr>
              <w:spacing w:after="0" w:line="259" w:lineRule="auto"/>
              <w:jc w:val="center"/>
              <w:rPr>
                <w:rFonts w:asciiTheme="minorBidi" w:hAnsiTheme="minorBidi"/>
                <w:b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b/>
                <w:bCs/>
                <w:sz w:val="24"/>
                <w:szCs w:val="24"/>
                <w:cs/>
                <w:lang w:bidi="si-LK"/>
              </w:rPr>
              <w:t>අංකය</w:t>
            </w:r>
          </w:p>
        </w:tc>
        <w:tc>
          <w:tcPr>
            <w:tcW w:w="6336" w:type="dxa"/>
            <w:shd w:val="clear" w:color="auto" w:fill="F0F0F0"/>
          </w:tcPr>
          <w:p w:rsidR="006A3D58" w:rsidRPr="00D62D9F" w:rsidRDefault="006A3D58" w:rsidP="00F97BC1">
            <w:pPr>
              <w:spacing w:after="0" w:line="259" w:lineRule="auto"/>
              <w:jc w:val="center"/>
              <w:rPr>
                <w:rFonts w:asciiTheme="minorBidi" w:hAnsiTheme="minorBidi"/>
                <w:b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b/>
                <w:bCs/>
                <w:sz w:val="24"/>
                <w:szCs w:val="24"/>
                <w:cs/>
                <w:lang w:bidi="si-LK"/>
              </w:rPr>
              <w:t>ලක්ෂණය</w:t>
            </w:r>
            <w:r w:rsidRPr="00D62D9F">
              <w:rPr>
                <w:rFonts w:asciiTheme="minorBidi" w:hAnsiTheme="minorBidi"/>
                <w:b/>
                <w:sz w:val="24"/>
                <w:szCs w:val="24"/>
              </w:rPr>
              <w:t xml:space="preserve"> / </w:t>
            </w:r>
            <w:r w:rsidRPr="00D62D9F">
              <w:rPr>
                <w:rFonts w:asciiTheme="minorBidi" w:hAnsiTheme="minorBidi" w:cs="Iskoola Pota"/>
                <w:b/>
                <w:bCs/>
                <w:sz w:val="24"/>
                <w:szCs w:val="24"/>
                <w:cs/>
                <w:lang w:bidi="si-LK"/>
              </w:rPr>
              <w:t>පහසුකම</w:t>
            </w:r>
          </w:p>
        </w:tc>
        <w:tc>
          <w:tcPr>
            <w:tcW w:w="2448" w:type="dxa"/>
            <w:shd w:val="clear" w:color="auto" w:fill="F0F0F0"/>
          </w:tcPr>
          <w:p w:rsidR="006A3D58" w:rsidRPr="00D62D9F" w:rsidRDefault="006A3D58" w:rsidP="00F97BC1">
            <w:pPr>
              <w:spacing w:after="0" w:line="259" w:lineRule="auto"/>
              <w:jc w:val="center"/>
              <w:rPr>
                <w:rFonts w:asciiTheme="minorBidi" w:hAnsiTheme="minorBidi"/>
                <w:b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b/>
                <w:bCs/>
                <w:sz w:val="24"/>
                <w:szCs w:val="24"/>
                <w:cs/>
                <w:lang w:bidi="si-LK"/>
              </w:rPr>
              <w:t>ඇත</w:t>
            </w:r>
            <w:r w:rsidRPr="00D62D9F">
              <w:rPr>
                <w:rFonts w:asciiTheme="minorBidi" w:hAnsiTheme="minorBidi"/>
                <w:b/>
                <w:sz w:val="24"/>
                <w:szCs w:val="24"/>
              </w:rPr>
              <w:t xml:space="preserve"> (</w:t>
            </w:r>
            <w:r w:rsidRPr="00D62D9F">
              <w:rPr>
                <w:rFonts w:ascii="Segoe UI Symbol" w:hAnsi="Segoe UI Symbol" w:cs="Segoe UI Symbol"/>
                <w:b/>
                <w:sz w:val="24"/>
                <w:szCs w:val="24"/>
              </w:rPr>
              <w:t>✓</w:t>
            </w:r>
            <w:r w:rsidRPr="00D62D9F">
              <w:rPr>
                <w:rFonts w:asciiTheme="minorBidi" w:hAnsiTheme="minorBidi"/>
                <w:b/>
                <w:sz w:val="24"/>
                <w:szCs w:val="24"/>
              </w:rPr>
              <w:t xml:space="preserve">) / </w:t>
            </w:r>
            <w:r w:rsidRPr="00D62D9F">
              <w:rPr>
                <w:rFonts w:asciiTheme="minorBidi" w:hAnsiTheme="minorBidi" w:cs="Iskoola Pota"/>
                <w:b/>
                <w:bCs/>
                <w:sz w:val="24"/>
                <w:szCs w:val="24"/>
                <w:cs/>
                <w:lang w:bidi="si-LK"/>
              </w:rPr>
              <w:t>නැත</w:t>
            </w:r>
            <w:r w:rsidRPr="00D62D9F">
              <w:rPr>
                <w:rFonts w:asciiTheme="minorBidi" w:hAnsiTheme="minorBidi"/>
                <w:b/>
                <w:sz w:val="24"/>
                <w:szCs w:val="24"/>
              </w:rPr>
              <w:t xml:space="preserve"> (</w:t>
            </w:r>
            <w:r w:rsidRPr="00D62D9F">
              <w:rPr>
                <w:rFonts w:ascii="Segoe UI Symbol" w:hAnsi="Segoe UI Symbol" w:cs="Segoe UI Symbol"/>
                <w:b/>
                <w:sz w:val="24"/>
                <w:szCs w:val="24"/>
              </w:rPr>
              <w:t>✗</w:t>
            </w:r>
            <w:r w:rsidRPr="00D62D9F">
              <w:rPr>
                <w:rFonts w:asciiTheme="minorBidi" w:hAnsiTheme="minorBidi"/>
                <w:b/>
                <w:sz w:val="24"/>
                <w:szCs w:val="24"/>
              </w:rPr>
              <w:t>)</w:t>
            </w:r>
          </w:p>
        </w:tc>
      </w:tr>
      <w:tr w:rsidR="003A794C" w:rsidRPr="00D62D9F" w:rsidTr="006B1CE5">
        <w:trPr>
          <w:trHeight w:val="360"/>
        </w:trPr>
        <w:tc>
          <w:tcPr>
            <w:tcW w:w="864" w:type="dxa"/>
          </w:tcPr>
          <w:p w:rsidR="006A3D58" w:rsidRPr="00D62D9F" w:rsidRDefault="006A3D58" w:rsidP="00F97BC1">
            <w:pPr>
              <w:spacing w:after="0" w:line="259" w:lineRule="auto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/>
                <w:sz w:val="24"/>
                <w:szCs w:val="24"/>
              </w:rPr>
              <w:t>01</w:t>
            </w:r>
          </w:p>
        </w:tc>
        <w:tc>
          <w:tcPr>
            <w:tcW w:w="6336" w:type="dxa"/>
          </w:tcPr>
          <w:p w:rsidR="006A3D58" w:rsidRPr="00D62D9F" w:rsidRDefault="006A3D58" w:rsidP="00F97BC1">
            <w:pPr>
              <w:spacing w:after="0"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එන්ජින්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පද්ධතිය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(Fuel only/ Electric/ Hybrid/ Plug-in Hybrid)</w:t>
            </w:r>
          </w:p>
        </w:tc>
        <w:tc>
          <w:tcPr>
            <w:tcW w:w="2448" w:type="dxa"/>
          </w:tcPr>
          <w:p w:rsidR="006A3D58" w:rsidRPr="00D62D9F" w:rsidRDefault="006A3D58" w:rsidP="00F97BC1">
            <w:pPr>
              <w:spacing w:after="0"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3A794C" w:rsidRPr="00D62D9F" w:rsidTr="006B1CE5">
        <w:trPr>
          <w:trHeight w:val="360"/>
        </w:trPr>
        <w:tc>
          <w:tcPr>
            <w:tcW w:w="864" w:type="dxa"/>
          </w:tcPr>
          <w:p w:rsidR="006A3D58" w:rsidRPr="00D62D9F" w:rsidRDefault="006A3D58" w:rsidP="00F97BC1">
            <w:pPr>
              <w:spacing w:after="0" w:line="259" w:lineRule="auto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/>
                <w:sz w:val="24"/>
                <w:szCs w:val="24"/>
              </w:rPr>
              <w:t>02</w:t>
            </w:r>
          </w:p>
        </w:tc>
        <w:tc>
          <w:tcPr>
            <w:tcW w:w="6336" w:type="dxa"/>
          </w:tcPr>
          <w:p w:rsidR="006A3D58" w:rsidRPr="00D62D9F" w:rsidRDefault="006A3D58" w:rsidP="00F97BC1">
            <w:pPr>
              <w:spacing w:after="0"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ස්වයංක්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>‍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රීය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ගියර්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පද්ධතිය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(Auto Gear)</w:t>
            </w:r>
          </w:p>
        </w:tc>
        <w:tc>
          <w:tcPr>
            <w:tcW w:w="2448" w:type="dxa"/>
          </w:tcPr>
          <w:p w:rsidR="006A3D58" w:rsidRPr="00D62D9F" w:rsidRDefault="006A3D58" w:rsidP="00F97BC1">
            <w:pPr>
              <w:spacing w:after="0"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3A794C" w:rsidRPr="00D62D9F" w:rsidTr="006B1CE5">
        <w:trPr>
          <w:trHeight w:val="360"/>
        </w:trPr>
        <w:tc>
          <w:tcPr>
            <w:tcW w:w="864" w:type="dxa"/>
          </w:tcPr>
          <w:p w:rsidR="006A3D58" w:rsidRPr="00D62D9F" w:rsidRDefault="006A3D58" w:rsidP="00F97BC1">
            <w:pPr>
              <w:spacing w:after="0" w:line="259" w:lineRule="auto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/>
                <w:sz w:val="24"/>
                <w:szCs w:val="24"/>
              </w:rPr>
              <w:t>03</w:t>
            </w:r>
          </w:p>
        </w:tc>
        <w:tc>
          <w:tcPr>
            <w:tcW w:w="6336" w:type="dxa"/>
          </w:tcPr>
          <w:p w:rsidR="006A3D58" w:rsidRPr="00D62D9F" w:rsidRDefault="006A3D58" w:rsidP="00F97BC1">
            <w:pPr>
              <w:spacing w:after="0"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පාකිං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සෙන්සර්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(Parking Sensors)</w:t>
            </w:r>
          </w:p>
        </w:tc>
        <w:tc>
          <w:tcPr>
            <w:tcW w:w="2448" w:type="dxa"/>
          </w:tcPr>
          <w:p w:rsidR="006A3D58" w:rsidRPr="00D62D9F" w:rsidRDefault="006A3D58" w:rsidP="00F97BC1">
            <w:pPr>
              <w:spacing w:after="0"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3A794C" w:rsidRPr="00D62D9F" w:rsidTr="006B1CE5">
        <w:trPr>
          <w:trHeight w:val="360"/>
        </w:trPr>
        <w:tc>
          <w:tcPr>
            <w:tcW w:w="864" w:type="dxa"/>
          </w:tcPr>
          <w:p w:rsidR="006A3D58" w:rsidRPr="00D62D9F" w:rsidRDefault="006A3D58" w:rsidP="00F97BC1">
            <w:pPr>
              <w:spacing w:after="0" w:line="259" w:lineRule="auto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/>
                <w:sz w:val="24"/>
                <w:szCs w:val="24"/>
              </w:rPr>
              <w:t>04</w:t>
            </w:r>
          </w:p>
        </w:tc>
        <w:tc>
          <w:tcPr>
            <w:tcW w:w="6336" w:type="dxa"/>
          </w:tcPr>
          <w:p w:rsidR="006A3D58" w:rsidRPr="00D62D9F" w:rsidRDefault="006A3D58" w:rsidP="00F97BC1">
            <w:pPr>
              <w:spacing w:after="0"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රේඩාර්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සෙන්සර්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(Radar Sensors)</w:t>
            </w:r>
          </w:p>
        </w:tc>
        <w:tc>
          <w:tcPr>
            <w:tcW w:w="2448" w:type="dxa"/>
          </w:tcPr>
          <w:p w:rsidR="006A3D58" w:rsidRPr="00D62D9F" w:rsidRDefault="006A3D58" w:rsidP="00F97BC1">
            <w:pPr>
              <w:spacing w:after="0"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3A794C" w:rsidRPr="00D62D9F" w:rsidTr="006B1CE5">
        <w:trPr>
          <w:trHeight w:val="360"/>
        </w:trPr>
        <w:tc>
          <w:tcPr>
            <w:tcW w:w="864" w:type="dxa"/>
          </w:tcPr>
          <w:p w:rsidR="006A3D58" w:rsidRPr="00D62D9F" w:rsidRDefault="006A3D58" w:rsidP="00F97BC1">
            <w:pPr>
              <w:spacing w:after="0" w:line="259" w:lineRule="auto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/>
                <w:sz w:val="24"/>
                <w:szCs w:val="24"/>
              </w:rPr>
              <w:t>05</w:t>
            </w:r>
          </w:p>
        </w:tc>
        <w:tc>
          <w:tcPr>
            <w:tcW w:w="6336" w:type="dxa"/>
          </w:tcPr>
          <w:p w:rsidR="006A3D58" w:rsidRPr="00D62D9F" w:rsidRDefault="006A3D58" w:rsidP="00F97BC1">
            <w:pPr>
              <w:spacing w:after="0"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ඩෑෂ්බෝඩ්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කැමරා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(Dashboard Camera)</w:t>
            </w:r>
          </w:p>
        </w:tc>
        <w:tc>
          <w:tcPr>
            <w:tcW w:w="2448" w:type="dxa"/>
          </w:tcPr>
          <w:p w:rsidR="006A3D58" w:rsidRPr="00D62D9F" w:rsidRDefault="006A3D58" w:rsidP="00F97BC1">
            <w:pPr>
              <w:spacing w:after="0"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  <w:tr w:rsidR="00F97BC1" w:rsidRPr="00D62D9F" w:rsidTr="006B1CE5">
        <w:trPr>
          <w:trHeight w:val="360"/>
        </w:trPr>
        <w:tc>
          <w:tcPr>
            <w:tcW w:w="864" w:type="dxa"/>
          </w:tcPr>
          <w:p w:rsidR="006A3D58" w:rsidRPr="00D62D9F" w:rsidRDefault="006A3D58" w:rsidP="00F97BC1">
            <w:pPr>
              <w:spacing w:after="0" w:line="259" w:lineRule="auto"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/>
                <w:sz w:val="24"/>
                <w:szCs w:val="24"/>
              </w:rPr>
              <w:t>06</w:t>
            </w:r>
          </w:p>
        </w:tc>
        <w:tc>
          <w:tcPr>
            <w:tcW w:w="6336" w:type="dxa"/>
          </w:tcPr>
          <w:p w:rsidR="006A3D58" w:rsidRPr="00D62D9F" w:rsidRDefault="006A3D58" w:rsidP="00F97BC1">
            <w:pPr>
              <w:spacing w:after="0"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පවර්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D62D9F">
              <w:rPr>
                <w:rFonts w:asciiTheme="minorBidi" w:hAnsiTheme="minorBidi" w:cs="Iskoola Pota"/>
                <w:sz w:val="24"/>
                <w:szCs w:val="24"/>
                <w:cs/>
                <w:lang w:bidi="si-LK"/>
              </w:rPr>
              <w:t>මිරර්ස්</w:t>
            </w:r>
            <w:r w:rsidRPr="00D62D9F">
              <w:rPr>
                <w:rFonts w:asciiTheme="minorBidi" w:hAnsiTheme="minorBidi"/>
                <w:sz w:val="24"/>
                <w:szCs w:val="24"/>
              </w:rPr>
              <w:t xml:space="preserve"> (Power Mirrors)</w:t>
            </w:r>
          </w:p>
        </w:tc>
        <w:tc>
          <w:tcPr>
            <w:tcW w:w="2448" w:type="dxa"/>
          </w:tcPr>
          <w:p w:rsidR="006A3D58" w:rsidRPr="00D62D9F" w:rsidRDefault="006A3D58" w:rsidP="00F97BC1">
            <w:pPr>
              <w:spacing w:after="0" w:line="259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:rsidR="006A3D58" w:rsidRPr="00D62D9F" w:rsidRDefault="006A3D58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bookmarkEnd w:id="9"/>
    <w:p w:rsidR="00BD046E" w:rsidRPr="00D62D9F" w:rsidRDefault="00BD046E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ඉදිරිපත්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කරනු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ලබන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ඉහත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මිල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ගණන්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ටෙන්ඩරය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විවෘත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දින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සිට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දින</w:t>
      </w:r>
      <w:r w:rsidRPr="00D62D9F">
        <w:rPr>
          <w:rFonts w:asciiTheme="minorBidi" w:hAnsiTheme="minorBidi"/>
          <w:sz w:val="24"/>
          <w:szCs w:val="24"/>
        </w:rPr>
        <w:t xml:space="preserve"> 90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දක්වා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වලංගු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බවත්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කොන්දේසිවලට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අනුකූලව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වාහන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ලියාපදිංචි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කිරීමේ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සහතිකයේ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පිටපතක්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මෙයට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අමුණා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ඇති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බවත්</w:t>
      </w:r>
      <w:r w:rsidRPr="00D62D9F">
        <w:rPr>
          <w:rFonts w:asciiTheme="minorBidi" w:hAnsiTheme="minorBidi"/>
          <w:sz w:val="24"/>
          <w:szCs w:val="24"/>
        </w:rPr>
        <w:t xml:space="preserve">,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සියලුම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කොන්දේසි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හොඳින්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කියවා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තේරුම්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ගෙන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ඊට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එකඟතාව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පළ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කරමින්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මෙම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="009A70D9" w:rsidRPr="00D62D9F">
        <w:rPr>
          <w:rFonts w:asciiTheme="minorBidi" w:hAnsiTheme="minorBidi" w:cs="Iskoola Pota"/>
          <w:sz w:val="24"/>
          <w:szCs w:val="24"/>
          <w:cs/>
          <w:lang w:bidi="si-LK"/>
        </w:rPr>
        <w:t>මෙම</w:t>
      </w:r>
      <w:r w:rsidR="009A70D9" w:rsidRPr="00D62D9F">
        <w:rPr>
          <w:rFonts w:asciiTheme="minorBidi" w:hAnsiTheme="minorBidi"/>
          <w:sz w:val="24"/>
          <w:szCs w:val="24"/>
        </w:rPr>
        <w:t xml:space="preserve"> </w:t>
      </w:r>
      <w:r w:rsidR="009A70D9" w:rsidRPr="00D62D9F">
        <w:rPr>
          <w:rFonts w:asciiTheme="minorBidi" w:hAnsiTheme="minorBidi" w:cs="Iskoola Pota"/>
          <w:sz w:val="24"/>
          <w:szCs w:val="24"/>
          <w:cs/>
          <w:lang w:bidi="si-LK"/>
        </w:rPr>
        <w:t>මිල</w:t>
      </w:r>
      <w:r w:rsidR="009A70D9" w:rsidRPr="00D62D9F">
        <w:rPr>
          <w:rFonts w:asciiTheme="minorBidi" w:hAnsiTheme="minorBidi"/>
          <w:sz w:val="24"/>
          <w:szCs w:val="24"/>
        </w:rPr>
        <w:t xml:space="preserve"> </w:t>
      </w:r>
      <w:r w:rsidR="009A70D9" w:rsidRPr="00D62D9F">
        <w:rPr>
          <w:rFonts w:asciiTheme="minorBidi" w:hAnsiTheme="minorBidi" w:cs="Iskoola Pota"/>
          <w:sz w:val="24"/>
          <w:szCs w:val="24"/>
          <w:cs/>
          <w:lang w:bidi="si-LK"/>
        </w:rPr>
        <w:t>ගණන්</w:t>
      </w:r>
      <w:r w:rsidR="009A70D9" w:rsidRPr="00D62D9F">
        <w:rPr>
          <w:rFonts w:asciiTheme="minorBidi" w:hAnsiTheme="minorBidi"/>
          <w:sz w:val="24"/>
          <w:szCs w:val="24"/>
        </w:rPr>
        <w:t xml:space="preserve"> </w:t>
      </w:r>
      <w:r w:rsidR="009A70D9" w:rsidRPr="00D62D9F">
        <w:rPr>
          <w:rFonts w:asciiTheme="minorBidi" w:hAnsiTheme="minorBidi" w:cs="Iskoola Pota"/>
          <w:sz w:val="24"/>
          <w:szCs w:val="24"/>
          <w:cs/>
          <w:lang w:bidi="si-LK"/>
        </w:rPr>
        <w:t>ඉදිරිපත්</w:t>
      </w:r>
      <w:r w:rsidR="009A70D9" w:rsidRPr="00D62D9F">
        <w:rPr>
          <w:rFonts w:asciiTheme="minorBidi" w:hAnsiTheme="minorBidi"/>
          <w:sz w:val="24"/>
          <w:szCs w:val="24"/>
        </w:rPr>
        <w:t xml:space="preserve"> </w:t>
      </w:r>
      <w:r w:rsidR="009A70D9"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කරන</w:t>
      </w:r>
      <w:r w:rsidR="009A70D9" w:rsidRPr="00D62D9F">
        <w:rPr>
          <w:rFonts w:asciiTheme="minorBidi" w:hAnsiTheme="minorBidi"/>
          <w:sz w:val="24"/>
          <w:szCs w:val="24"/>
        </w:rPr>
        <w:t xml:space="preserve"> </w:t>
      </w:r>
      <w:r w:rsidR="009A70D9" w:rsidRPr="00D62D9F">
        <w:rPr>
          <w:rFonts w:asciiTheme="minorBidi" w:hAnsiTheme="minorBidi" w:cs="Iskoola Pota"/>
          <w:sz w:val="24"/>
          <w:szCs w:val="24"/>
          <w:cs/>
          <w:lang w:bidi="si-LK"/>
        </w:rPr>
        <w:t>බවත්</w:t>
      </w:r>
      <w:r w:rsidR="009A70D9"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සහතික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කරමි</w:t>
      </w:r>
      <w:r w:rsidRPr="00D62D9F">
        <w:rPr>
          <w:rFonts w:asciiTheme="minorBidi" w:hAnsiTheme="minorBidi"/>
          <w:sz w:val="24"/>
          <w:szCs w:val="24"/>
        </w:rPr>
        <w:t>.</w:t>
      </w:r>
    </w:p>
    <w:p w:rsidR="00BD046E" w:rsidRPr="00D62D9F" w:rsidRDefault="00BD046E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1F5050" w:rsidRPr="00F97BC1" w:rsidRDefault="00DB27E7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  <w:r w:rsidRPr="00D62D9F">
        <w:rPr>
          <w:rFonts w:asciiTheme="minorBidi" w:hAnsiTheme="minorBidi"/>
          <w:sz w:val="24"/>
          <w:szCs w:val="24"/>
        </w:rPr>
        <w:br/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ටෙන්ඩර්කරුගේ</w:t>
      </w:r>
      <w:r w:rsidRPr="00D62D9F">
        <w:rPr>
          <w:rFonts w:asciiTheme="minorBidi" w:hAnsiTheme="minorBidi"/>
          <w:sz w:val="24"/>
          <w:szCs w:val="24"/>
        </w:rPr>
        <w:t xml:space="preserve"> </w:t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අත්සන</w:t>
      </w:r>
      <w:r w:rsidRPr="00D62D9F">
        <w:rPr>
          <w:rFonts w:asciiTheme="minorBidi" w:hAnsiTheme="minorBidi"/>
          <w:sz w:val="24"/>
          <w:szCs w:val="24"/>
        </w:rPr>
        <w:t>: __________________________</w:t>
      </w:r>
      <w:r w:rsidRPr="00D62D9F">
        <w:rPr>
          <w:rFonts w:asciiTheme="minorBidi" w:hAnsiTheme="minorBidi"/>
          <w:sz w:val="24"/>
          <w:szCs w:val="24"/>
        </w:rPr>
        <w:br/>
      </w:r>
      <w:r w:rsidRPr="00D62D9F">
        <w:rPr>
          <w:rFonts w:asciiTheme="minorBidi" w:hAnsiTheme="minorBidi" w:cs="Iskoola Pota"/>
          <w:sz w:val="24"/>
          <w:szCs w:val="24"/>
          <w:cs/>
          <w:lang w:bidi="si-LK"/>
        </w:rPr>
        <w:t>දිනය</w:t>
      </w:r>
      <w:r w:rsidRPr="00D62D9F">
        <w:rPr>
          <w:rFonts w:asciiTheme="minorBidi" w:hAnsiTheme="minorBidi"/>
          <w:sz w:val="24"/>
          <w:szCs w:val="24"/>
        </w:rPr>
        <w:t>: __________________</w:t>
      </w:r>
      <w:bookmarkStart w:id="10" w:name="_GoBack"/>
      <w:bookmarkEnd w:id="10"/>
    </w:p>
    <w:p w:rsidR="00ED7282" w:rsidRPr="00F97BC1" w:rsidRDefault="00ED7282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ED7282" w:rsidRPr="00F97BC1" w:rsidRDefault="00ED7282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p w:rsidR="00ED7282" w:rsidRPr="00F97BC1" w:rsidRDefault="00ED7282" w:rsidP="00F97BC1">
      <w:pPr>
        <w:spacing w:after="0" w:line="259" w:lineRule="auto"/>
        <w:jc w:val="both"/>
        <w:rPr>
          <w:rFonts w:asciiTheme="minorBidi" w:hAnsiTheme="minorBidi"/>
          <w:sz w:val="24"/>
          <w:szCs w:val="24"/>
        </w:rPr>
      </w:pPr>
    </w:p>
    <w:sectPr w:rsidR="00ED7282" w:rsidRPr="00F97BC1" w:rsidSect="00D642EC">
      <w:pgSz w:w="11906" w:h="16838" w:code="9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Noto Sans Sinhala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6A479CD"/>
    <w:multiLevelType w:val="hybridMultilevel"/>
    <w:tmpl w:val="99CA48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3E4691"/>
    <w:multiLevelType w:val="hybridMultilevel"/>
    <w:tmpl w:val="D742C146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361752E"/>
    <w:multiLevelType w:val="hybridMultilevel"/>
    <w:tmpl w:val="681C92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BF232F"/>
    <w:multiLevelType w:val="hybridMultilevel"/>
    <w:tmpl w:val="E258FA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A32933"/>
    <w:multiLevelType w:val="hybridMultilevel"/>
    <w:tmpl w:val="8B7C9F8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4A1304"/>
    <w:multiLevelType w:val="hybridMultilevel"/>
    <w:tmpl w:val="73C4C76E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D3130BD"/>
    <w:multiLevelType w:val="hybridMultilevel"/>
    <w:tmpl w:val="120CBD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F44E09"/>
    <w:multiLevelType w:val="hybridMultilevel"/>
    <w:tmpl w:val="FE3AC1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27B3084"/>
    <w:multiLevelType w:val="hybridMultilevel"/>
    <w:tmpl w:val="F5240D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F8A2ED8"/>
    <w:multiLevelType w:val="hybridMultilevel"/>
    <w:tmpl w:val="6BA4E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8"/>
  </w:num>
  <w:num w:numId="12">
    <w:abstractNumId w:val="10"/>
  </w:num>
  <w:num w:numId="13">
    <w:abstractNumId w:val="9"/>
  </w:num>
  <w:num w:numId="14">
    <w:abstractNumId w:val="13"/>
  </w:num>
  <w:num w:numId="15">
    <w:abstractNumId w:val="16"/>
  </w:num>
  <w:num w:numId="16">
    <w:abstractNumId w:val="1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11"/>
  </w:num>
  <w:num w:numId="20">
    <w:abstractNumId w:val="15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7345"/>
    <w:rsid w:val="001358EC"/>
    <w:rsid w:val="0015074B"/>
    <w:rsid w:val="00153E27"/>
    <w:rsid w:val="001F5050"/>
    <w:rsid w:val="00280391"/>
    <w:rsid w:val="0029639D"/>
    <w:rsid w:val="002D38FD"/>
    <w:rsid w:val="002E1187"/>
    <w:rsid w:val="00326F90"/>
    <w:rsid w:val="00354EB1"/>
    <w:rsid w:val="003A794C"/>
    <w:rsid w:val="00401A6A"/>
    <w:rsid w:val="0042587B"/>
    <w:rsid w:val="00455711"/>
    <w:rsid w:val="00480B15"/>
    <w:rsid w:val="00490C6E"/>
    <w:rsid w:val="004A7E23"/>
    <w:rsid w:val="004E4B71"/>
    <w:rsid w:val="004F3523"/>
    <w:rsid w:val="00564370"/>
    <w:rsid w:val="005901FB"/>
    <w:rsid w:val="005A7E10"/>
    <w:rsid w:val="006A3D58"/>
    <w:rsid w:val="006B1CE5"/>
    <w:rsid w:val="00763A52"/>
    <w:rsid w:val="007B02D9"/>
    <w:rsid w:val="00886E96"/>
    <w:rsid w:val="008E0A37"/>
    <w:rsid w:val="009463FD"/>
    <w:rsid w:val="009A70D9"/>
    <w:rsid w:val="00A83B4F"/>
    <w:rsid w:val="00AA1D8D"/>
    <w:rsid w:val="00AA7144"/>
    <w:rsid w:val="00AB5C64"/>
    <w:rsid w:val="00B47730"/>
    <w:rsid w:val="00B5086A"/>
    <w:rsid w:val="00B50C72"/>
    <w:rsid w:val="00BC56CA"/>
    <w:rsid w:val="00BD046E"/>
    <w:rsid w:val="00C64E4F"/>
    <w:rsid w:val="00C838B3"/>
    <w:rsid w:val="00CB0664"/>
    <w:rsid w:val="00D62D9F"/>
    <w:rsid w:val="00D642EC"/>
    <w:rsid w:val="00DB27E7"/>
    <w:rsid w:val="00EB6041"/>
    <w:rsid w:val="00EC4D0D"/>
    <w:rsid w:val="00ED7282"/>
    <w:rsid w:val="00F04A0F"/>
    <w:rsid w:val="00F22803"/>
    <w:rsid w:val="00F97B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Sinhala" w:hAnsi="Noto Sans Sinhala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Sinhala" w:hAnsi="Noto Sans Sinhala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D356C01-C591-4145-BEF1-6927E18E5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1680</Words>
  <Characters>9578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General Admin</cp:lastModifiedBy>
  <cp:revision>6</cp:revision>
  <dcterms:created xsi:type="dcterms:W3CDTF">2026-09-02T05:46:00Z</dcterms:created>
  <dcterms:modified xsi:type="dcterms:W3CDTF">2026-09-04T06:48:00Z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387a256a-a5dc-4aa5-814c-253eac7ef094</vt:lpwstr>
  </property>
</Properties>
</file>